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978958" w14:textId="77777777" w:rsidR="00E11EB9" w:rsidRDefault="00E11EB9">
      <w:pPr>
        <w:jc w:val="center"/>
        <w:rPr>
          <w:b/>
          <w:sz w:val="30"/>
        </w:rPr>
      </w:pPr>
    </w:p>
    <w:p w14:paraId="209ABB6A" w14:textId="5E243327" w:rsidR="00E11EB9" w:rsidRDefault="00E11EB9" w:rsidP="00E11EB9">
      <w:pPr>
        <w:rPr>
          <w:b/>
          <w:sz w:val="30"/>
        </w:rPr>
      </w:pPr>
      <w:r>
        <w:rPr>
          <w:noProof/>
        </w:rPr>
        <w:drawing>
          <wp:inline distT="0" distB="0" distL="0" distR="0" wp14:anchorId="23808610" wp14:editId="05BF41AC">
            <wp:extent cx="1162821" cy="508635"/>
            <wp:effectExtent l="0" t="0" r="0" b="5715"/>
            <wp:docPr id="2" name="Slika 1" descr="AMPEU - Predlošci za preuziman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MPEU - Predlošci za preuzimanje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15856" cy="5318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DCB3C4E" wp14:editId="68D54DB5">
            <wp:extent cx="2040222" cy="579762"/>
            <wp:effectExtent l="0" t="0" r="0" b="0"/>
            <wp:docPr id="4" name="Slika 3" descr="AMPEU - Predlošci za preuzimanj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MPEU - Predlošci za preuzimanj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5992" cy="5984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1545F3" w14:textId="77777777" w:rsidR="00E11EB9" w:rsidRDefault="00E11EB9" w:rsidP="00E11EB9">
      <w:pPr>
        <w:rPr>
          <w:b/>
          <w:sz w:val="30"/>
        </w:rPr>
      </w:pPr>
    </w:p>
    <w:p w14:paraId="3A36DAEE" w14:textId="4F671FFF" w:rsidR="00105013" w:rsidRDefault="00000000">
      <w:pPr>
        <w:jc w:val="center"/>
      </w:pPr>
      <w:r>
        <w:rPr>
          <w:b/>
          <w:sz w:val="30"/>
        </w:rPr>
        <w:t>RASPORED TESTIRANJA UČENIKA</w:t>
      </w:r>
      <w:r w:rsidR="00E11EB9">
        <w:rPr>
          <w:b/>
          <w:sz w:val="30"/>
        </w:rPr>
        <w:t xml:space="preserve"> ZA MOBILNOST PALMA DE MALLORCA, ŠPANJOLSKA</w:t>
      </w:r>
    </w:p>
    <w:p w14:paraId="6579B5D9" w14:textId="0EBD1513" w:rsidR="00105013" w:rsidRDefault="004867BC">
      <w:pPr>
        <w:jc w:val="center"/>
      </w:pPr>
      <w:r>
        <w:rPr>
          <w:i/>
        </w:rPr>
        <w:t xml:space="preserve">27.10.2026., </w:t>
      </w:r>
      <w:proofErr w:type="spellStart"/>
      <w:r>
        <w:rPr>
          <w:i/>
        </w:rPr>
        <w:t>v</w:t>
      </w:r>
      <w:r w:rsidR="00000000">
        <w:rPr>
          <w:i/>
        </w:rPr>
        <w:t>rijeme</w:t>
      </w:r>
      <w:proofErr w:type="spellEnd"/>
      <w:r w:rsidR="00000000">
        <w:rPr>
          <w:i/>
        </w:rPr>
        <w:t>: 12:20–14:00</w:t>
      </w:r>
      <w:r w:rsidR="00E11EB9">
        <w:rPr>
          <w:i/>
        </w:rPr>
        <w:t xml:space="preserve">, </w:t>
      </w:r>
      <w:proofErr w:type="spellStart"/>
      <w:r w:rsidR="00E11EB9">
        <w:rPr>
          <w:i/>
        </w:rPr>
        <w:t>mjesto</w:t>
      </w:r>
      <w:proofErr w:type="spellEnd"/>
      <w:r w:rsidR="00E11EB9">
        <w:rPr>
          <w:i/>
        </w:rPr>
        <w:t xml:space="preserve">: </w:t>
      </w:r>
      <w:proofErr w:type="spellStart"/>
      <w:r w:rsidR="00E11EB9">
        <w:rPr>
          <w:i/>
        </w:rPr>
        <w:t>Srednja</w:t>
      </w:r>
      <w:proofErr w:type="spellEnd"/>
      <w:r w:rsidR="00E11EB9">
        <w:rPr>
          <w:i/>
        </w:rPr>
        <w:t xml:space="preserve"> </w:t>
      </w:r>
      <w:proofErr w:type="spellStart"/>
      <w:r w:rsidR="00E11EB9">
        <w:rPr>
          <w:i/>
        </w:rPr>
        <w:t>strukovna</w:t>
      </w:r>
      <w:proofErr w:type="spellEnd"/>
      <w:r w:rsidR="00E11EB9">
        <w:rPr>
          <w:i/>
        </w:rPr>
        <w:t xml:space="preserve"> </w:t>
      </w:r>
      <w:proofErr w:type="spellStart"/>
      <w:r w:rsidR="00E11EB9">
        <w:rPr>
          <w:i/>
        </w:rPr>
        <w:t>škola</w:t>
      </w:r>
      <w:proofErr w:type="spellEnd"/>
      <w:r w:rsidR="00E11EB9">
        <w:rPr>
          <w:i/>
        </w:rPr>
        <w:t xml:space="preserve"> Vinkovci, </w:t>
      </w:r>
      <w:proofErr w:type="spellStart"/>
      <w:r w:rsidR="00E11EB9">
        <w:rPr>
          <w:i/>
        </w:rPr>
        <w:t>ured</w:t>
      </w:r>
      <w:proofErr w:type="spellEnd"/>
      <w:r w:rsidR="00E11EB9">
        <w:rPr>
          <w:i/>
        </w:rPr>
        <w:t xml:space="preserve"> </w:t>
      </w:r>
      <w:proofErr w:type="spellStart"/>
      <w:r w:rsidR="00E11EB9">
        <w:rPr>
          <w:i/>
        </w:rPr>
        <w:t>pedagoga</w:t>
      </w:r>
      <w:proofErr w:type="spellEnd"/>
    </w:p>
    <w:p w14:paraId="09423A6D" w14:textId="4252C293" w:rsidR="00105013" w:rsidRDefault="00105013">
      <w:pPr>
        <w:spacing w:after="120"/>
      </w:pPr>
    </w:p>
    <w:tbl>
      <w:tblPr>
        <w:tblStyle w:val="Reetkatablice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05"/>
        <w:gridCol w:w="2088"/>
        <w:gridCol w:w="3024"/>
      </w:tblGrid>
      <w:tr w:rsidR="00E11EB9" w14:paraId="2858E4D7" w14:textId="77777777">
        <w:trPr>
          <w:tblHeader/>
          <w:jc w:val="center"/>
        </w:trPr>
        <w:tc>
          <w:tcPr>
            <w:tcW w:w="605" w:type="dxa"/>
            <w:shd w:val="clear" w:color="auto" w:fill="D9E2F3"/>
            <w:vAlign w:val="center"/>
          </w:tcPr>
          <w:p w14:paraId="4CC80CFD" w14:textId="77777777" w:rsidR="00E11EB9" w:rsidRDefault="00E11EB9">
            <w:r>
              <w:rPr>
                <w:b/>
              </w:rPr>
              <w:t>Br.</w:t>
            </w:r>
          </w:p>
        </w:tc>
        <w:tc>
          <w:tcPr>
            <w:tcW w:w="2088" w:type="dxa"/>
            <w:shd w:val="clear" w:color="auto" w:fill="D9E2F3"/>
            <w:vAlign w:val="center"/>
          </w:tcPr>
          <w:p w14:paraId="31A711E3" w14:textId="77777777" w:rsidR="00E11EB9" w:rsidRDefault="00E11EB9">
            <w:r>
              <w:rPr>
                <w:b/>
              </w:rPr>
              <w:t>Vrijeme</w:t>
            </w:r>
          </w:p>
        </w:tc>
        <w:tc>
          <w:tcPr>
            <w:tcW w:w="3024" w:type="dxa"/>
            <w:shd w:val="clear" w:color="auto" w:fill="D9E2F3"/>
            <w:vAlign w:val="center"/>
          </w:tcPr>
          <w:p w14:paraId="71661258" w14:textId="77777777" w:rsidR="00E11EB9" w:rsidRDefault="00E11EB9">
            <w:r>
              <w:rPr>
                <w:b/>
              </w:rPr>
              <w:t>Korisničko ime / lozinka</w:t>
            </w:r>
          </w:p>
        </w:tc>
      </w:tr>
      <w:tr w:rsidR="00E11EB9" w14:paraId="3CBB56BA" w14:textId="77777777">
        <w:trPr>
          <w:jc w:val="center"/>
        </w:trPr>
        <w:tc>
          <w:tcPr>
            <w:tcW w:w="605" w:type="dxa"/>
            <w:vAlign w:val="center"/>
          </w:tcPr>
          <w:p w14:paraId="754FD741" w14:textId="77777777" w:rsidR="00E11EB9" w:rsidRDefault="00E11EB9">
            <w:r>
              <w:rPr>
                <w:sz w:val="15"/>
              </w:rPr>
              <w:t>1</w:t>
            </w:r>
          </w:p>
        </w:tc>
        <w:tc>
          <w:tcPr>
            <w:tcW w:w="2088" w:type="dxa"/>
            <w:vAlign w:val="center"/>
          </w:tcPr>
          <w:p w14:paraId="1301DFF0" w14:textId="77777777" w:rsidR="00E11EB9" w:rsidRDefault="00E11EB9">
            <w:r>
              <w:rPr>
                <w:sz w:val="15"/>
              </w:rPr>
              <w:t>12:20–12:22</w:t>
            </w:r>
          </w:p>
        </w:tc>
        <w:tc>
          <w:tcPr>
            <w:tcW w:w="3024" w:type="dxa"/>
            <w:vAlign w:val="center"/>
          </w:tcPr>
          <w:p w14:paraId="49F8AF76" w14:textId="77777777" w:rsidR="00E11EB9" w:rsidRDefault="00E11EB9">
            <w:r>
              <w:rPr>
                <w:sz w:val="15"/>
              </w:rPr>
              <w:t>sw22yQ49</w:t>
            </w:r>
          </w:p>
        </w:tc>
      </w:tr>
      <w:tr w:rsidR="00E11EB9" w14:paraId="2FAC828C" w14:textId="77777777">
        <w:trPr>
          <w:jc w:val="center"/>
        </w:trPr>
        <w:tc>
          <w:tcPr>
            <w:tcW w:w="605" w:type="dxa"/>
            <w:vAlign w:val="center"/>
          </w:tcPr>
          <w:p w14:paraId="79FAF4C9" w14:textId="77777777" w:rsidR="00E11EB9" w:rsidRDefault="00E11EB9">
            <w:r>
              <w:rPr>
                <w:sz w:val="15"/>
              </w:rPr>
              <w:t>2</w:t>
            </w:r>
          </w:p>
        </w:tc>
        <w:tc>
          <w:tcPr>
            <w:tcW w:w="2088" w:type="dxa"/>
            <w:vAlign w:val="center"/>
          </w:tcPr>
          <w:p w14:paraId="2B8DAD58" w14:textId="77777777" w:rsidR="00E11EB9" w:rsidRDefault="00E11EB9">
            <w:r>
              <w:rPr>
                <w:sz w:val="15"/>
              </w:rPr>
              <w:t>12:22–12:24</w:t>
            </w:r>
          </w:p>
        </w:tc>
        <w:tc>
          <w:tcPr>
            <w:tcW w:w="3024" w:type="dxa"/>
            <w:vAlign w:val="center"/>
          </w:tcPr>
          <w:p w14:paraId="753FD937" w14:textId="77777777" w:rsidR="00E11EB9" w:rsidRDefault="00E11EB9">
            <w:r>
              <w:rPr>
                <w:sz w:val="15"/>
              </w:rPr>
              <w:t>maslina47</w:t>
            </w:r>
          </w:p>
        </w:tc>
      </w:tr>
      <w:tr w:rsidR="00E11EB9" w14:paraId="46A1B90B" w14:textId="77777777">
        <w:trPr>
          <w:jc w:val="center"/>
        </w:trPr>
        <w:tc>
          <w:tcPr>
            <w:tcW w:w="605" w:type="dxa"/>
            <w:vAlign w:val="center"/>
          </w:tcPr>
          <w:p w14:paraId="0819076F" w14:textId="77777777" w:rsidR="00E11EB9" w:rsidRDefault="00E11EB9">
            <w:r>
              <w:rPr>
                <w:sz w:val="15"/>
              </w:rPr>
              <w:t>3</w:t>
            </w:r>
          </w:p>
        </w:tc>
        <w:tc>
          <w:tcPr>
            <w:tcW w:w="2088" w:type="dxa"/>
            <w:vAlign w:val="center"/>
          </w:tcPr>
          <w:p w14:paraId="433EE73E" w14:textId="77777777" w:rsidR="00E11EB9" w:rsidRDefault="00E11EB9">
            <w:r>
              <w:rPr>
                <w:sz w:val="15"/>
              </w:rPr>
              <w:t>12:24–12:26</w:t>
            </w:r>
          </w:p>
        </w:tc>
        <w:tc>
          <w:tcPr>
            <w:tcW w:w="3024" w:type="dxa"/>
            <w:vAlign w:val="center"/>
          </w:tcPr>
          <w:p w14:paraId="5F3A1F05" w14:textId="77777777" w:rsidR="00E11EB9" w:rsidRDefault="00E11EB9">
            <w:r>
              <w:rPr>
                <w:sz w:val="15"/>
              </w:rPr>
              <w:t>tina_ma.1fraj</w:t>
            </w:r>
          </w:p>
        </w:tc>
      </w:tr>
      <w:tr w:rsidR="00E11EB9" w14:paraId="6FC02FD5" w14:textId="77777777">
        <w:trPr>
          <w:jc w:val="center"/>
        </w:trPr>
        <w:tc>
          <w:tcPr>
            <w:tcW w:w="605" w:type="dxa"/>
            <w:vAlign w:val="center"/>
          </w:tcPr>
          <w:p w14:paraId="4544AACB" w14:textId="77777777" w:rsidR="00E11EB9" w:rsidRDefault="00E11EB9">
            <w:r>
              <w:rPr>
                <w:sz w:val="15"/>
              </w:rPr>
              <w:t>4</w:t>
            </w:r>
          </w:p>
        </w:tc>
        <w:tc>
          <w:tcPr>
            <w:tcW w:w="2088" w:type="dxa"/>
            <w:vAlign w:val="center"/>
          </w:tcPr>
          <w:p w14:paraId="765918BE" w14:textId="77777777" w:rsidR="00E11EB9" w:rsidRDefault="00E11EB9">
            <w:r>
              <w:rPr>
                <w:sz w:val="15"/>
              </w:rPr>
              <w:t>12:26–12:28</w:t>
            </w:r>
          </w:p>
        </w:tc>
        <w:tc>
          <w:tcPr>
            <w:tcW w:w="3024" w:type="dxa"/>
            <w:vAlign w:val="center"/>
          </w:tcPr>
          <w:p w14:paraId="5317198C" w14:textId="77777777" w:rsidR="00E11EB9" w:rsidRDefault="00E11EB9">
            <w:r>
              <w:rPr>
                <w:sz w:val="15"/>
              </w:rPr>
              <w:t>petra12d</w:t>
            </w:r>
          </w:p>
        </w:tc>
      </w:tr>
      <w:tr w:rsidR="00E11EB9" w14:paraId="110FB9D3" w14:textId="77777777">
        <w:trPr>
          <w:jc w:val="center"/>
        </w:trPr>
        <w:tc>
          <w:tcPr>
            <w:tcW w:w="605" w:type="dxa"/>
            <w:vAlign w:val="center"/>
          </w:tcPr>
          <w:p w14:paraId="3AF7EB8D" w14:textId="77777777" w:rsidR="00E11EB9" w:rsidRDefault="00E11EB9">
            <w:r>
              <w:rPr>
                <w:sz w:val="15"/>
              </w:rPr>
              <w:t>5</w:t>
            </w:r>
          </w:p>
        </w:tc>
        <w:tc>
          <w:tcPr>
            <w:tcW w:w="2088" w:type="dxa"/>
            <w:vAlign w:val="center"/>
          </w:tcPr>
          <w:p w14:paraId="54144CB9" w14:textId="77777777" w:rsidR="00E11EB9" w:rsidRDefault="00E11EB9">
            <w:r>
              <w:rPr>
                <w:sz w:val="15"/>
              </w:rPr>
              <w:t>12:28–12:30</w:t>
            </w:r>
          </w:p>
        </w:tc>
        <w:tc>
          <w:tcPr>
            <w:tcW w:w="3024" w:type="dxa"/>
            <w:vAlign w:val="center"/>
          </w:tcPr>
          <w:p w14:paraId="29D04082" w14:textId="77777777" w:rsidR="00E11EB9" w:rsidRDefault="00E11EB9">
            <w:r>
              <w:rPr>
                <w:sz w:val="15"/>
              </w:rPr>
              <w:t>pepsi90</w:t>
            </w:r>
          </w:p>
        </w:tc>
      </w:tr>
      <w:tr w:rsidR="00E11EB9" w14:paraId="49CD2079" w14:textId="77777777">
        <w:trPr>
          <w:jc w:val="center"/>
        </w:trPr>
        <w:tc>
          <w:tcPr>
            <w:tcW w:w="605" w:type="dxa"/>
            <w:vAlign w:val="center"/>
          </w:tcPr>
          <w:p w14:paraId="23588615" w14:textId="77777777" w:rsidR="00E11EB9" w:rsidRDefault="00E11EB9">
            <w:r>
              <w:rPr>
                <w:sz w:val="15"/>
              </w:rPr>
              <w:t>6</w:t>
            </w:r>
          </w:p>
        </w:tc>
        <w:tc>
          <w:tcPr>
            <w:tcW w:w="2088" w:type="dxa"/>
            <w:vAlign w:val="center"/>
          </w:tcPr>
          <w:p w14:paraId="161C9079" w14:textId="77777777" w:rsidR="00E11EB9" w:rsidRDefault="00E11EB9">
            <w:r>
              <w:rPr>
                <w:sz w:val="15"/>
              </w:rPr>
              <w:t>12:30–12:32</w:t>
            </w:r>
          </w:p>
        </w:tc>
        <w:tc>
          <w:tcPr>
            <w:tcW w:w="3024" w:type="dxa"/>
            <w:vAlign w:val="center"/>
          </w:tcPr>
          <w:p w14:paraId="60DF3850" w14:textId="77777777" w:rsidR="00E11EB9" w:rsidRDefault="00E11EB9">
            <w:r>
              <w:rPr>
                <w:sz w:val="15"/>
              </w:rPr>
              <w:t>Jabuka</w:t>
            </w:r>
          </w:p>
        </w:tc>
      </w:tr>
      <w:tr w:rsidR="00E11EB9" w14:paraId="115A9081" w14:textId="77777777">
        <w:trPr>
          <w:jc w:val="center"/>
        </w:trPr>
        <w:tc>
          <w:tcPr>
            <w:tcW w:w="605" w:type="dxa"/>
            <w:vAlign w:val="center"/>
          </w:tcPr>
          <w:p w14:paraId="5D63A1F0" w14:textId="77777777" w:rsidR="00E11EB9" w:rsidRDefault="00E11EB9">
            <w:r>
              <w:rPr>
                <w:sz w:val="15"/>
              </w:rPr>
              <w:t>7</w:t>
            </w:r>
          </w:p>
        </w:tc>
        <w:tc>
          <w:tcPr>
            <w:tcW w:w="2088" w:type="dxa"/>
            <w:vAlign w:val="center"/>
          </w:tcPr>
          <w:p w14:paraId="5248682D" w14:textId="77777777" w:rsidR="00E11EB9" w:rsidRDefault="00E11EB9">
            <w:r>
              <w:rPr>
                <w:sz w:val="15"/>
              </w:rPr>
              <w:t>12:32–12:34</w:t>
            </w:r>
          </w:p>
        </w:tc>
        <w:tc>
          <w:tcPr>
            <w:tcW w:w="3024" w:type="dxa"/>
            <w:vAlign w:val="center"/>
          </w:tcPr>
          <w:p w14:paraId="3ED16715" w14:textId="77777777" w:rsidR="00E11EB9" w:rsidRDefault="00E11EB9">
            <w:r>
              <w:rPr>
                <w:sz w:val="15"/>
              </w:rPr>
              <w:t>fcX4P3xt</w:t>
            </w:r>
          </w:p>
        </w:tc>
      </w:tr>
      <w:tr w:rsidR="00E11EB9" w14:paraId="53F23484" w14:textId="77777777">
        <w:trPr>
          <w:jc w:val="center"/>
        </w:trPr>
        <w:tc>
          <w:tcPr>
            <w:tcW w:w="605" w:type="dxa"/>
            <w:vAlign w:val="center"/>
          </w:tcPr>
          <w:p w14:paraId="5A666F31" w14:textId="77777777" w:rsidR="00E11EB9" w:rsidRDefault="00E11EB9">
            <w:r>
              <w:rPr>
                <w:sz w:val="15"/>
              </w:rPr>
              <w:t>8</w:t>
            </w:r>
          </w:p>
        </w:tc>
        <w:tc>
          <w:tcPr>
            <w:tcW w:w="2088" w:type="dxa"/>
            <w:vAlign w:val="center"/>
          </w:tcPr>
          <w:p w14:paraId="26C4A2D6" w14:textId="77777777" w:rsidR="00E11EB9" w:rsidRDefault="00E11EB9">
            <w:r>
              <w:rPr>
                <w:sz w:val="15"/>
              </w:rPr>
              <w:t>12:34–12:36</w:t>
            </w:r>
          </w:p>
        </w:tc>
        <w:tc>
          <w:tcPr>
            <w:tcW w:w="3024" w:type="dxa"/>
            <w:vAlign w:val="center"/>
          </w:tcPr>
          <w:p w14:paraId="60A7C521" w14:textId="77777777" w:rsidR="00E11EB9" w:rsidRDefault="00E11EB9">
            <w:r>
              <w:rPr>
                <w:sz w:val="15"/>
              </w:rPr>
              <w:t>FCBHZV</w:t>
            </w:r>
          </w:p>
        </w:tc>
      </w:tr>
      <w:tr w:rsidR="00E11EB9" w14:paraId="72CE5029" w14:textId="77777777">
        <w:trPr>
          <w:jc w:val="center"/>
        </w:trPr>
        <w:tc>
          <w:tcPr>
            <w:tcW w:w="605" w:type="dxa"/>
            <w:vAlign w:val="center"/>
          </w:tcPr>
          <w:p w14:paraId="0DD59E4C" w14:textId="77777777" w:rsidR="00E11EB9" w:rsidRDefault="00E11EB9">
            <w:r>
              <w:rPr>
                <w:sz w:val="15"/>
              </w:rPr>
              <w:t>9</w:t>
            </w:r>
          </w:p>
        </w:tc>
        <w:tc>
          <w:tcPr>
            <w:tcW w:w="2088" w:type="dxa"/>
            <w:vAlign w:val="center"/>
          </w:tcPr>
          <w:p w14:paraId="57268421" w14:textId="77777777" w:rsidR="00E11EB9" w:rsidRDefault="00E11EB9">
            <w:r>
              <w:rPr>
                <w:sz w:val="15"/>
              </w:rPr>
              <w:t>12:36–12:38</w:t>
            </w:r>
          </w:p>
        </w:tc>
        <w:tc>
          <w:tcPr>
            <w:tcW w:w="3024" w:type="dxa"/>
            <w:vAlign w:val="center"/>
          </w:tcPr>
          <w:p w14:paraId="7BA7BA81" w14:textId="77777777" w:rsidR="00E11EB9" w:rsidRDefault="00E11EB9">
            <w:r>
              <w:rPr>
                <w:sz w:val="15"/>
              </w:rPr>
              <w:t>Sunce</w:t>
            </w:r>
          </w:p>
        </w:tc>
      </w:tr>
      <w:tr w:rsidR="00E11EB9" w14:paraId="10291480" w14:textId="77777777">
        <w:trPr>
          <w:jc w:val="center"/>
        </w:trPr>
        <w:tc>
          <w:tcPr>
            <w:tcW w:w="605" w:type="dxa"/>
            <w:vAlign w:val="center"/>
          </w:tcPr>
          <w:p w14:paraId="6FE63C4A" w14:textId="77777777" w:rsidR="00E11EB9" w:rsidRDefault="00E11EB9">
            <w:r>
              <w:rPr>
                <w:sz w:val="15"/>
              </w:rPr>
              <w:t>10</w:t>
            </w:r>
          </w:p>
        </w:tc>
        <w:tc>
          <w:tcPr>
            <w:tcW w:w="2088" w:type="dxa"/>
            <w:vAlign w:val="center"/>
          </w:tcPr>
          <w:p w14:paraId="6EA3C569" w14:textId="77777777" w:rsidR="00E11EB9" w:rsidRDefault="00E11EB9">
            <w:r>
              <w:rPr>
                <w:sz w:val="15"/>
              </w:rPr>
              <w:t>12:38–12:40</w:t>
            </w:r>
          </w:p>
        </w:tc>
        <w:tc>
          <w:tcPr>
            <w:tcW w:w="3024" w:type="dxa"/>
            <w:vAlign w:val="center"/>
          </w:tcPr>
          <w:p w14:paraId="1BD947F4" w14:textId="77777777" w:rsidR="00E11EB9" w:rsidRDefault="00E11EB9">
            <w:r>
              <w:rPr>
                <w:sz w:val="15"/>
              </w:rPr>
              <w:t>papiga123</w:t>
            </w:r>
          </w:p>
        </w:tc>
      </w:tr>
      <w:tr w:rsidR="00E11EB9" w14:paraId="0B0FC924" w14:textId="77777777">
        <w:trPr>
          <w:jc w:val="center"/>
        </w:trPr>
        <w:tc>
          <w:tcPr>
            <w:tcW w:w="605" w:type="dxa"/>
            <w:vAlign w:val="center"/>
          </w:tcPr>
          <w:p w14:paraId="130421C8" w14:textId="77777777" w:rsidR="00E11EB9" w:rsidRDefault="00E11EB9">
            <w:r>
              <w:rPr>
                <w:sz w:val="15"/>
              </w:rPr>
              <w:t>11</w:t>
            </w:r>
          </w:p>
        </w:tc>
        <w:tc>
          <w:tcPr>
            <w:tcW w:w="2088" w:type="dxa"/>
            <w:vAlign w:val="center"/>
          </w:tcPr>
          <w:p w14:paraId="2090C0BD" w14:textId="77777777" w:rsidR="00E11EB9" w:rsidRDefault="00E11EB9">
            <w:r>
              <w:rPr>
                <w:sz w:val="15"/>
              </w:rPr>
              <w:t>12:40–12:42</w:t>
            </w:r>
          </w:p>
        </w:tc>
        <w:tc>
          <w:tcPr>
            <w:tcW w:w="3024" w:type="dxa"/>
            <w:vAlign w:val="center"/>
          </w:tcPr>
          <w:p w14:paraId="6C3EC649" w14:textId="77777777" w:rsidR="00E11EB9" w:rsidRDefault="00E11EB9">
            <w:r>
              <w:rPr>
                <w:sz w:val="15"/>
              </w:rPr>
              <w:t>maki</w:t>
            </w:r>
          </w:p>
        </w:tc>
      </w:tr>
      <w:tr w:rsidR="00E11EB9" w14:paraId="4B23DEE2" w14:textId="77777777">
        <w:trPr>
          <w:jc w:val="center"/>
        </w:trPr>
        <w:tc>
          <w:tcPr>
            <w:tcW w:w="605" w:type="dxa"/>
            <w:vAlign w:val="center"/>
          </w:tcPr>
          <w:p w14:paraId="77A412B0" w14:textId="77777777" w:rsidR="00E11EB9" w:rsidRDefault="00E11EB9">
            <w:r>
              <w:rPr>
                <w:sz w:val="15"/>
              </w:rPr>
              <w:t>12</w:t>
            </w:r>
          </w:p>
        </w:tc>
        <w:tc>
          <w:tcPr>
            <w:tcW w:w="2088" w:type="dxa"/>
            <w:vAlign w:val="center"/>
          </w:tcPr>
          <w:p w14:paraId="6C6DD502" w14:textId="77777777" w:rsidR="00E11EB9" w:rsidRDefault="00E11EB9">
            <w:r>
              <w:rPr>
                <w:sz w:val="15"/>
              </w:rPr>
              <w:t>12:42–12:44</w:t>
            </w:r>
          </w:p>
        </w:tc>
        <w:tc>
          <w:tcPr>
            <w:tcW w:w="3024" w:type="dxa"/>
            <w:vAlign w:val="center"/>
          </w:tcPr>
          <w:p w14:paraId="4C919D4B" w14:textId="77777777" w:rsidR="00E11EB9" w:rsidRDefault="00E11EB9">
            <w:r>
              <w:rPr>
                <w:sz w:val="15"/>
              </w:rPr>
              <w:t>lanaaa</w:t>
            </w:r>
          </w:p>
        </w:tc>
      </w:tr>
      <w:tr w:rsidR="00E11EB9" w14:paraId="0F0CAF28" w14:textId="77777777">
        <w:trPr>
          <w:jc w:val="center"/>
        </w:trPr>
        <w:tc>
          <w:tcPr>
            <w:tcW w:w="605" w:type="dxa"/>
            <w:vAlign w:val="center"/>
          </w:tcPr>
          <w:p w14:paraId="3A2A6E20" w14:textId="77777777" w:rsidR="00E11EB9" w:rsidRDefault="00E11EB9">
            <w:r>
              <w:rPr>
                <w:sz w:val="15"/>
              </w:rPr>
              <w:t>13</w:t>
            </w:r>
          </w:p>
        </w:tc>
        <w:tc>
          <w:tcPr>
            <w:tcW w:w="2088" w:type="dxa"/>
            <w:vAlign w:val="center"/>
          </w:tcPr>
          <w:p w14:paraId="08CF9C4B" w14:textId="77777777" w:rsidR="00E11EB9" w:rsidRDefault="00E11EB9">
            <w:r>
              <w:rPr>
                <w:sz w:val="15"/>
              </w:rPr>
              <w:t>12:44–12:46</w:t>
            </w:r>
          </w:p>
        </w:tc>
        <w:tc>
          <w:tcPr>
            <w:tcW w:w="3024" w:type="dxa"/>
            <w:vAlign w:val="center"/>
          </w:tcPr>
          <w:p w14:paraId="1FAB947B" w14:textId="77777777" w:rsidR="00E11EB9" w:rsidRDefault="00E11EB9">
            <w:r>
              <w:rPr>
                <w:sz w:val="15"/>
              </w:rPr>
              <w:t>CzXaBvDva9E+</w:t>
            </w:r>
          </w:p>
        </w:tc>
      </w:tr>
      <w:tr w:rsidR="00E11EB9" w14:paraId="136E1BCE" w14:textId="77777777">
        <w:trPr>
          <w:jc w:val="center"/>
        </w:trPr>
        <w:tc>
          <w:tcPr>
            <w:tcW w:w="605" w:type="dxa"/>
            <w:vAlign w:val="center"/>
          </w:tcPr>
          <w:p w14:paraId="74A85CE8" w14:textId="77777777" w:rsidR="00E11EB9" w:rsidRDefault="00E11EB9">
            <w:r>
              <w:rPr>
                <w:sz w:val="15"/>
              </w:rPr>
              <w:t>14</w:t>
            </w:r>
          </w:p>
        </w:tc>
        <w:tc>
          <w:tcPr>
            <w:tcW w:w="2088" w:type="dxa"/>
            <w:vAlign w:val="center"/>
          </w:tcPr>
          <w:p w14:paraId="7A012624" w14:textId="77777777" w:rsidR="00E11EB9" w:rsidRDefault="00E11EB9">
            <w:r>
              <w:rPr>
                <w:sz w:val="15"/>
              </w:rPr>
              <w:t>12:46–12:48</w:t>
            </w:r>
          </w:p>
        </w:tc>
        <w:tc>
          <w:tcPr>
            <w:tcW w:w="3024" w:type="dxa"/>
            <w:vAlign w:val="center"/>
          </w:tcPr>
          <w:p w14:paraId="192128A5" w14:textId="77777777" w:rsidR="00E11EB9" w:rsidRDefault="00E11EB9">
            <w:r>
              <w:rPr>
                <w:sz w:val="15"/>
              </w:rPr>
              <w:t>Pd77AzAb</w:t>
            </w:r>
          </w:p>
        </w:tc>
      </w:tr>
      <w:tr w:rsidR="00E11EB9" w14:paraId="3051E7AF" w14:textId="77777777">
        <w:trPr>
          <w:jc w:val="center"/>
        </w:trPr>
        <w:tc>
          <w:tcPr>
            <w:tcW w:w="605" w:type="dxa"/>
            <w:vAlign w:val="center"/>
          </w:tcPr>
          <w:p w14:paraId="022D691C" w14:textId="77777777" w:rsidR="00E11EB9" w:rsidRDefault="00E11EB9">
            <w:r>
              <w:rPr>
                <w:sz w:val="15"/>
              </w:rPr>
              <w:t>15</w:t>
            </w:r>
          </w:p>
        </w:tc>
        <w:tc>
          <w:tcPr>
            <w:tcW w:w="2088" w:type="dxa"/>
            <w:vAlign w:val="center"/>
          </w:tcPr>
          <w:p w14:paraId="2325FE49" w14:textId="77777777" w:rsidR="00E11EB9" w:rsidRDefault="00E11EB9">
            <w:r>
              <w:rPr>
                <w:sz w:val="15"/>
              </w:rPr>
              <w:t>12:48–12:50</w:t>
            </w:r>
          </w:p>
        </w:tc>
        <w:tc>
          <w:tcPr>
            <w:tcW w:w="3024" w:type="dxa"/>
            <w:vAlign w:val="center"/>
          </w:tcPr>
          <w:p w14:paraId="03990952" w14:textId="77777777" w:rsidR="00E11EB9" w:rsidRDefault="00E11EB9">
            <w:r>
              <w:rPr>
                <w:sz w:val="15"/>
              </w:rPr>
              <w:t>Mihaelanoxlumi</w:t>
            </w:r>
          </w:p>
        </w:tc>
      </w:tr>
      <w:tr w:rsidR="00E11EB9" w14:paraId="55ABD9C0" w14:textId="77777777">
        <w:trPr>
          <w:jc w:val="center"/>
        </w:trPr>
        <w:tc>
          <w:tcPr>
            <w:tcW w:w="605" w:type="dxa"/>
            <w:vAlign w:val="center"/>
          </w:tcPr>
          <w:p w14:paraId="5131F6C5" w14:textId="77777777" w:rsidR="00E11EB9" w:rsidRDefault="00E11EB9">
            <w:r>
              <w:rPr>
                <w:sz w:val="15"/>
              </w:rPr>
              <w:t>16</w:t>
            </w:r>
          </w:p>
        </w:tc>
        <w:tc>
          <w:tcPr>
            <w:tcW w:w="2088" w:type="dxa"/>
            <w:vAlign w:val="center"/>
          </w:tcPr>
          <w:p w14:paraId="04D4C760" w14:textId="77777777" w:rsidR="00E11EB9" w:rsidRDefault="00E11EB9">
            <w:r>
              <w:rPr>
                <w:sz w:val="15"/>
              </w:rPr>
              <w:t>12:50–12:52</w:t>
            </w:r>
          </w:p>
        </w:tc>
        <w:tc>
          <w:tcPr>
            <w:tcW w:w="3024" w:type="dxa"/>
            <w:vAlign w:val="center"/>
          </w:tcPr>
          <w:p w14:paraId="71F15F40" w14:textId="77777777" w:rsidR="00E11EB9" w:rsidRDefault="00E11EB9">
            <w:r>
              <w:rPr>
                <w:sz w:val="15"/>
              </w:rPr>
              <w:t>mrkonjiccn30</w:t>
            </w:r>
          </w:p>
        </w:tc>
      </w:tr>
      <w:tr w:rsidR="00E11EB9" w14:paraId="21DD8BC2" w14:textId="77777777">
        <w:trPr>
          <w:jc w:val="center"/>
        </w:trPr>
        <w:tc>
          <w:tcPr>
            <w:tcW w:w="605" w:type="dxa"/>
            <w:vAlign w:val="center"/>
          </w:tcPr>
          <w:p w14:paraId="3CCD6C6C" w14:textId="77777777" w:rsidR="00E11EB9" w:rsidRDefault="00E11EB9">
            <w:r>
              <w:rPr>
                <w:sz w:val="15"/>
              </w:rPr>
              <w:t>17</w:t>
            </w:r>
          </w:p>
        </w:tc>
        <w:tc>
          <w:tcPr>
            <w:tcW w:w="2088" w:type="dxa"/>
            <w:vAlign w:val="center"/>
          </w:tcPr>
          <w:p w14:paraId="2FC544A0" w14:textId="77777777" w:rsidR="00E11EB9" w:rsidRDefault="00E11EB9">
            <w:r>
              <w:rPr>
                <w:sz w:val="15"/>
              </w:rPr>
              <w:t>12:52–12:54</w:t>
            </w:r>
          </w:p>
        </w:tc>
        <w:tc>
          <w:tcPr>
            <w:tcW w:w="3024" w:type="dxa"/>
            <w:vAlign w:val="center"/>
          </w:tcPr>
          <w:p w14:paraId="3DE67C5A" w14:textId="77777777" w:rsidR="00E11EB9" w:rsidRDefault="00E11EB9">
            <w:r>
              <w:rPr>
                <w:sz w:val="15"/>
              </w:rPr>
              <w:t>marad16</w:t>
            </w:r>
          </w:p>
        </w:tc>
      </w:tr>
      <w:tr w:rsidR="00E11EB9" w14:paraId="29D0DA97" w14:textId="77777777">
        <w:trPr>
          <w:jc w:val="center"/>
        </w:trPr>
        <w:tc>
          <w:tcPr>
            <w:tcW w:w="605" w:type="dxa"/>
            <w:vAlign w:val="center"/>
          </w:tcPr>
          <w:p w14:paraId="4B474BFF" w14:textId="77777777" w:rsidR="00E11EB9" w:rsidRDefault="00E11EB9">
            <w:r>
              <w:rPr>
                <w:sz w:val="15"/>
              </w:rPr>
              <w:t>18</w:t>
            </w:r>
          </w:p>
        </w:tc>
        <w:tc>
          <w:tcPr>
            <w:tcW w:w="2088" w:type="dxa"/>
            <w:vAlign w:val="center"/>
          </w:tcPr>
          <w:p w14:paraId="093B4A29" w14:textId="77777777" w:rsidR="00E11EB9" w:rsidRDefault="00E11EB9">
            <w:r>
              <w:rPr>
                <w:sz w:val="15"/>
              </w:rPr>
              <w:t>12:54–12:56</w:t>
            </w:r>
          </w:p>
        </w:tc>
        <w:tc>
          <w:tcPr>
            <w:tcW w:w="3024" w:type="dxa"/>
            <w:vAlign w:val="center"/>
          </w:tcPr>
          <w:p w14:paraId="4298B62D" w14:textId="77777777" w:rsidR="00E11EB9" w:rsidRDefault="00E11EB9">
            <w:r>
              <w:rPr>
                <w:sz w:val="15"/>
              </w:rPr>
              <w:t>Marinpinter123</w:t>
            </w:r>
          </w:p>
        </w:tc>
      </w:tr>
      <w:tr w:rsidR="00E11EB9" w14:paraId="73ADCBDF" w14:textId="77777777">
        <w:trPr>
          <w:jc w:val="center"/>
        </w:trPr>
        <w:tc>
          <w:tcPr>
            <w:tcW w:w="605" w:type="dxa"/>
            <w:vAlign w:val="center"/>
          </w:tcPr>
          <w:p w14:paraId="4C5E8C2D" w14:textId="77777777" w:rsidR="00E11EB9" w:rsidRDefault="00E11EB9">
            <w:r>
              <w:rPr>
                <w:sz w:val="15"/>
              </w:rPr>
              <w:t>19</w:t>
            </w:r>
          </w:p>
        </w:tc>
        <w:tc>
          <w:tcPr>
            <w:tcW w:w="2088" w:type="dxa"/>
            <w:vAlign w:val="center"/>
          </w:tcPr>
          <w:p w14:paraId="62347276" w14:textId="77777777" w:rsidR="00E11EB9" w:rsidRDefault="00E11EB9">
            <w:r>
              <w:rPr>
                <w:sz w:val="15"/>
              </w:rPr>
              <w:t>12:56–12:58</w:t>
            </w:r>
          </w:p>
        </w:tc>
        <w:tc>
          <w:tcPr>
            <w:tcW w:w="3024" w:type="dxa"/>
            <w:vAlign w:val="center"/>
          </w:tcPr>
          <w:p w14:paraId="11180A16" w14:textId="77777777" w:rsidR="00E11EB9" w:rsidRDefault="00E11EB9">
            <w:r>
              <w:rPr>
                <w:sz w:val="15"/>
              </w:rPr>
              <w:t>Kozulmiadl1</w:t>
            </w:r>
          </w:p>
        </w:tc>
      </w:tr>
      <w:tr w:rsidR="00E11EB9" w14:paraId="65B0FB19" w14:textId="77777777">
        <w:trPr>
          <w:jc w:val="center"/>
        </w:trPr>
        <w:tc>
          <w:tcPr>
            <w:tcW w:w="605" w:type="dxa"/>
            <w:vAlign w:val="center"/>
          </w:tcPr>
          <w:p w14:paraId="6D732065" w14:textId="77777777" w:rsidR="00E11EB9" w:rsidRDefault="00E11EB9">
            <w:r>
              <w:rPr>
                <w:sz w:val="15"/>
              </w:rPr>
              <w:t>20</w:t>
            </w:r>
          </w:p>
        </w:tc>
        <w:tc>
          <w:tcPr>
            <w:tcW w:w="2088" w:type="dxa"/>
            <w:vAlign w:val="center"/>
          </w:tcPr>
          <w:p w14:paraId="74AEC297" w14:textId="77777777" w:rsidR="00E11EB9" w:rsidRDefault="00E11EB9">
            <w:r>
              <w:rPr>
                <w:sz w:val="15"/>
              </w:rPr>
              <w:t>12:58–13:00</w:t>
            </w:r>
          </w:p>
        </w:tc>
        <w:tc>
          <w:tcPr>
            <w:tcW w:w="3024" w:type="dxa"/>
            <w:vAlign w:val="center"/>
          </w:tcPr>
          <w:p w14:paraId="6F6C1D74" w14:textId="77777777" w:rsidR="00E11EB9" w:rsidRDefault="00E11EB9">
            <w:r>
              <w:rPr>
                <w:sz w:val="15"/>
              </w:rPr>
              <w:t>Mjesec2</w:t>
            </w:r>
          </w:p>
        </w:tc>
      </w:tr>
      <w:tr w:rsidR="00E11EB9" w14:paraId="6E18A73C" w14:textId="77777777">
        <w:trPr>
          <w:jc w:val="center"/>
        </w:trPr>
        <w:tc>
          <w:tcPr>
            <w:tcW w:w="605" w:type="dxa"/>
            <w:vAlign w:val="center"/>
          </w:tcPr>
          <w:p w14:paraId="519DCB24" w14:textId="77777777" w:rsidR="00E11EB9" w:rsidRDefault="00E11EB9">
            <w:r>
              <w:rPr>
                <w:sz w:val="15"/>
              </w:rPr>
              <w:t>21</w:t>
            </w:r>
          </w:p>
        </w:tc>
        <w:tc>
          <w:tcPr>
            <w:tcW w:w="2088" w:type="dxa"/>
            <w:vAlign w:val="center"/>
          </w:tcPr>
          <w:p w14:paraId="2D8714D9" w14:textId="77777777" w:rsidR="00E11EB9" w:rsidRDefault="00E11EB9">
            <w:r>
              <w:rPr>
                <w:sz w:val="15"/>
              </w:rPr>
              <w:t>13:00–13:02</w:t>
            </w:r>
          </w:p>
        </w:tc>
        <w:tc>
          <w:tcPr>
            <w:tcW w:w="3024" w:type="dxa"/>
            <w:vAlign w:val="center"/>
          </w:tcPr>
          <w:p w14:paraId="32378A78" w14:textId="77777777" w:rsidR="00E11EB9" w:rsidRDefault="00E11EB9">
            <w:r>
              <w:rPr>
                <w:sz w:val="15"/>
              </w:rPr>
              <w:t>Sunce3</w:t>
            </w:r>
          </w:p>
        </w:tc>
      </w:tr>
      <w:tr w:rsidR="00E11EB9" w14:paraId="5438BB8E" w14:textId="77777777">
        <w:trPr>
          <w:jc w:val="center"/>
        </w:trPr>
        <w:tc>
          <w:tcPr>
            <w:tcW w:w="605" w:type="dxa"/>
            <w:vAlign w:val="center"/>
          </w:tcPr>
          <w:p w14:paraId="42D49777" w14:textId="77777777" w:rsidR="00E11EB9" w:rsidRDefault="00E11EB9">
            <w:r>
              <w:rPr>
                <w:sz w:val="15"/>
              </w:rPr>
              <w:t>22</w:t>
            </w:r>
          </w:p>
        </w:tc>
        <w:tc>
          <w:tcPr>
            <w:tcW w:w="2088" w:type="dxa"/>
            <w:vAlign w:val="center"/>
          </w:tcPr>
          <w:p w14:paraId="70C39502" w14:textId="77777777" w:rsidR="00E11EB9" w:rsidRDefault="00E11EB9">
            <w:r>
              <w:rPr>
                <w:sz w:val="15"/>
              </w:rPr>
              <w:t>13:02–13:04</w:t>
            </w:r>
          </w:p>
        </w:tc>
        <w:tc>
          <w:tcPr>
            <w:tcW w:w="3024" w:type="dxa"/>
            <w:vAlign w:val="center"/>
          </w:tcPr>
          <w:p w14:paraId="1A385355" w14:textId="77777777" w:rsidR="00E11EB9" w:rsidRDefault="00E11EB9">
            <w:r>
              <w:rPr>
                <w:sz w:val="15"/>
              </w:rPr>
              <w:t>lesic.99</w:t>
            </w:r>
          </w:p>
        </w:tc>
      </w:tr>
      <w:tr w:rsidR="00E11EB9" w14:paraId="760286F6" w14:textId="77777777">
        <w:trPr>
          <w:jc w:val="center"/>
        </w:trPr>
        <w:tc>
          <w:tcPr>
            <w:tcW w:w="605" w:type="dxa"/>
            <w:vAlign w:val="center"/>
          </w:tcPr>
          <w:p w14:paraId="1F80196B" w14:textId="77777777" w:rsidR="00E11EB9" w:rsidRDefault="00E11EB9">
            <w:r>
              <w:rPr>
                <w:sz w:val="15"/>
              </w:rPr>
              <w:t>23</w:t>
            </w:r>
          </w:p>
        </w:tc>
        <w:tc>
          <w:tcPr>
            <w:tcW w:w="2088" w:type="dxa"/>
            <w:vAlign w:val="center"/>
          </w:tcPr>
          <w:p w14:paraId="105BE7C1" w14:textId="77777777" w:rsidR="00E11EB9" w:rsidRDefault="00E11EB9">
            <w:r>
              <w:rPr>
                <w:sz w:val="15"/>
              </w:rPr>
              <w:t>13:04–13:06</w:t>
            </w:r>
          </w:p>
        </w:tc>
        <w:tc>
          <w:tcPr>
            <w:tcW w:w="3024" w:type="dxa"/>
            <w:vAlign w:val="center"/>
          </w:tcPr>
          <w:p w14:paraId="30D68E56" w14:textId="77777777" w:rsidR="00E11EB9" w:rsidRDefault="00E11EB9">
            <w:r>
              <w:rPr>
                <w:sz w:val="15"/>
              </w:rPr>
              <w:t>mihaelica@!1</w:t>
            </w:r>
          </w:p>
        </w:tc>
      </w:tr>
      <w:tr w:rsidR="00E11EB9" w14:paraId="3A768B5B" w14:textId="77777777">
        <w:trPr>
          <w:jc w:val="center"/>
        </w:trPr>
        <w:tc>
          <w:tcPr>
            <w:tcW w:w="605" w:type="dxa"/>
            <w:vAlign w:val="center"/>
          </w:tcPr>
          <w:p w14:paraId="5A0092B0" w14:textId="77777777" w:rsidR="00E11EB9" w:rsidRDefault="00E11EB9">
            <w:r>
              <w:rPr>
                <w:sz w:val="15"/>
              </w:rPr>
              <w:t>24</w:t>
            </w:r>
          </w:p>
        </w:tc>
        <w:tc>
          <w:tcPr>
            <w:tcW w:w="2088" w:type="dxa"/>
            <w:vAlign w:val="center"/>
          </w:tcPr>
          <w:p w14:paraId="63084593" w14:textId="77777777" w:rsidR="00E11EB9" w:rsidRDefault="00E11EB9">
            <w:r>
              <w:rPr>
                <w:sz w:val="15"/>
              </w:rPr>
              <w:t>13:06–13:08</w:t>
            </w:r>
          </w:p>
        </w:tc>
        <w:tc>
          <w:tcPr>
            <w:tcW w:w="3024" w:type="dxa"/>
            <w:vAlign w:val="center"/>
          </w:tcPr>
          <w:p w14:paraId="4F61F7DC" w14:textId="77777777" w:rsidR="00E11EB9" w:rsidRDefault="00E11EB9">
            <w:r>
              <w:rPr>
                <w:sz w:val="15"/>
              </w:rPr>
              <w:t>Tenčitena2010€</w:t>
            </w:r>
          </w:p>
        </w:tc>
      </w:tr>
      <w:tr w:rsidR="00E11EB9" w14:paraId="7DE18B60" w14:textId="77777777">
        <w:trPr>
          <w:jc w:val="center"/>
        </w:trPr>
        <w:tc>
          <w:tcPr>
            <w:tcW w:w="605" w:type="dxa"/>
            <w:vAlign w:val="center"/>
          </w:tcPr>
          <w:p w14:paraId="70CCE604" w14:textId="77777777" w:rsidR="00E11EB9" w:rsidRDefault="00E11EB9">
            <w:r>
              <w:rPr>
                <w:sz w:val="15"/>
              </w:rPr>
              <w:t>25</w:t>
            </w:r>
          </w:p>
        </w:tc>
        <w:tc>
          <w:tcPr>
            <w:tcW w:w="2088" w:type="dxa"/>
            <w:vAlign w:val="center"/>
          </w:tcPr>
          <w:p w14:paraId="7FA11DFC" w14:textId="77777777" w:rsidR="00E11EB9" w:rsidRDefault="00E11EB9">
            <w:r>
              <w:rPr>
                <w:sz w:val="15"/>
              </w:rPr>
              <w:t>13:08–13:10</w:t>
            </w:r>
          </w:p>
        </w:tc>
        <w:tc>
          <w:tcPr>
            <w:tcW w:w="3024" w:type="dxa"/>
            <w:vAlign w:val="center"/>
          </w:tcPr>
          <w:p w14:paraId="63085A89" w14:textId="77777777" w:rsidR="00E11EB9" w:rsidRDefault="00E11EB9">
            <w:r>
              <w:rPr>
                <w:sz w:val="15"/>
              </w:rPr>
              <w:t>Sladoled</w:t>
            </w:r>
          </w:p>
        </w:tc>
      </w:tr>
      <w:tr w:rsidR="00E11EB9" w14:paraId="1AF3135E" w14:textId="77777777">
        <w:trPr>
          <w:jc w:val="center"/>
        </w:trPr>
        <w:tc>
          <w:tcPr>
            <w:tcW w:w="605" w:type="dxa"/>
            <w:vAlign w:val="center"/>
          </w:tcPr>
          <w:p w14:paraId="50ACCA8D" w14:textId="77777777" w:rsidR="00E11EB9" w:rsidRDefault="00E11EB9">
            <w:r>
              <w:rPr>
                <w:sz w:val="15"/>
              </w:rPr>
              <w:t>26</w:t>
            </w:r>
          </w:p>
        </w:tc>
        <w:tc>
          <w:tcPr>
            <w:tcW w:w="2088" w:type="dxa"/>
            <w:vAlign w:val="center"/>
          </w:tcPr>
          <w:p w14:paraId="0FE353A0" w14:textId="77777777" w:rsidR="00E11EB9" w:rsidRDefault="00E11EB9">
            <w:r>
              <w:rPr>
                <w:sz w:val="15"/>
              </w:rPr>
              <w:t>13:10–13:12</w:t>
            </w:r>
          </w:p>
        </w:tc>
        <w:tc>
          <w:tcPr>
            <w:tcW w:w="3024" w:type="dxa"/>
            <w:vAlign w:val="center"/>
          </w:tcPr>
          <w:p w14:paraId="1F0BD0C8" w14:textId="77777777" w:rsidR="00E11EB9" w:rsidRDefault="00E11EB9">
            <w:r>
              <w:rPr>
                <w:sz w:val="15"/>
              </w:rPr>
              <w:t>Maca</w:t>
            </w:r>
          </w:p>
        </w:tc>
      </w:tr>
      <w:tr w:rsidR="00E11EB9" w14:paraId="0F64B11D" w14:textId="77777777">
        <w:trPr>
          <w:jc w:val="center"/>
        </w:trPr>
        <w:tc>
          <w:tcPr>
            <w:tcW w:w="605" w:type="dxa"/>
            <w:vAlign w:val="center"/>
          </w:tcPr>
          <w:p w14:paraId="7A3AB843" w14:textId="77777777" w:rsidR="00E11EB9" w:rsidRDefault="00E11EB9">
            <w:r>
              <w:rPr>
                <w:sz w:val="15"/>
              </w:rPr>
              <w:t>27</w:t>
            </w:r>
          </w:p>
        </w:tc>
        <w:tc>
          <w:tcPr>
            <w:tcW w:w="2088" w:type="dxa"/>
            <w:vAlign w:val="center"/>
          </w:tcPr>
          <w:p w14:paraId="39BBEE9B" w14:textId="77777777" w:rsidR="00E11EB9" w:rsidRDefault="00E11EB9">
            <w:r>
              <w:rPr>
                <w:sz w:val="15"/>
              </w:rPr>
              <w:t>13:12–13:14</w:t>
            </w:r>
          </w:p>
        </w:tc>
        <w:tc>
          <w:tcPr>
            <w:tcW w:w="3024" w:type="dxa"/>
            <w:vAlign w:val="center"/>
          </w:tcPr>
          <w:p w14:paraId="79BD8B58" w14:textId="77777777" w:rsidR="00E11EB9" w:rsidRDefault="00E11EB9">
            <w:r>
              <w:rPr>
                <w:sz w:val="15"/>
              </w:rPr>
              <w:t>anakunic123</w:t>
            </w:r>
          </w:p>
        </w:tc>
      </w:tr>
      <w:tr w:rsidR="00E11EB9" w14:paraId="45894858" w14:textId="77777777">
        <w:trPr>
          <w:jc w:val="center"/>
        </w:trPr>
        <w:tc>
          <w:tcPr>
            <w:tcW w:w="605" w:type="dxa"/>
            <w:vAlign w:val="center"/>
          </w:tcPr>
          <w:p w14:paraId="24EB6168" w14:textId="77777777" w:rsidR="00E11EB9" w:rsidRDefault="00E11EB9">
            <w:r>
              <w:rPr>
                <w:sz w:val="15"/>
              </w:rPr>
              <w:t>28</w:t>
            </w:r>
          </w:p>
        </w:tc>
        <w:tc>
          <w:tcPr>
            <w:tcW w:w="2088" w:type="dxa"/>
            <w:vAlign w:val="center"/>
          </w:tcPr>
          <w:p w14:paraId="75048B46" w14:textId="77777777" w:rsidR="00E11EB9" w:rsidRDefault="00E11EB9">
            <w:r>
              <w:rPr>
                <w:sz w:val="15"/>
              </w:rPr>
              <w:t>13:14–13:16</w:t>
            </w:r>
          </w:p>
        </w:tc>
        <w:tc>
          <w:tcPr>
            <w:tcW w:w="3024" w:type="dxa"/>
            <w:vAlign w:val="center"/>
          </w:tcPr>
          <w:p w14:paraId="4A5FFAFC" w14:textId="77777777" w:rsidR="00E11EB9" w:rsidRDefault="00E11EB9">
            <w:r>
              <w:rPr>
                <w:sz w:val="15"/>
              </w:rPr>
              <w:t>Mikey</w:t>
            </w:r>
          </w:p>
        </w:tc>
      </w:tr>
      <w:tr w:rsidR="00E11EB9" w14:paraId="5D84A869" w14:textId="77777777">
        <w:trPr>
          <w:jc w:val="center"/>
        </w:trPr>
        <w:tc>
          <w:tcPr>
            <w:tcW w:w="605" w:type="dxa"/>
            <w:vAlign w:val="center"/>
          </w:tcPr>
          <w:p w14:paraId="3EA94032" w14:textId="77777777" w:rsidR="00E11EB9" w:rsidRDefault="00E11EB9">
            <w:r>
              <w:rPr>
                <w:sz w:val="15"/>
              </w:rPr>
              <w:t>29</w:t>
            </w:r>
          </w:p>
        </w:tc>
        <w:tc>
          <w:tcPr>
            <w:tcW w:w="2088" w:type="dxa"/>
            <w:vAlign w:val="center"/>
          </w:tcPr>
          <w:p w14:paraId="7E108B09" w14:textId="77777777" w:rsidR="00E11EB9" w:rsidRDefault="00E11EB9">
            <w:r>
              <w:rPr>
                <w:sz w:val="15"/>
              </w:rPr>
              <w:t>13:16–13:18</w:t>
            </w:r>
          </w:p>
        </w:tc>
        <w:tc>
          <w:tcPr>
            <w:tcW w:w="3024" w:type="dxa"/>
            <w:vAlign w:val="center"/>
          </w:tcPr>
          <w:p w14:paraId="5BB2E668" w14:textId="77777777" w:rsidR="00E11EB9" w:rsidRDefault="00E11EB9">
            <w:r>
              <w:rPr>
                <w:sz w:val="15"/>
              </w:rPr>
              <w:t>PLAN7734B</w:t>
            </w:r>
          </w:p>
        </w:tc>
      </w:tr>
      <w:tr w:rsidR="00E11EB9" w14:paraId="3261AA2F" w14:textId="77777777">
        <w:trPr>
          <w:jc w:val="center"/>
        </w:trPr>
        <w:tc>
          <w:tcPr>
            <w:tcW w:w="605" w:type="dxa"/>
            <w:vAlign w:val="center"/>
          </w:tcPr>
          <w:p w14:paraId="453DAD92" w14:textId="77777777" w:rsidR="00E11EB9" w:rsidRDefault="00E11EB9">
            <w:r>
              <w:rPr>
                <w:sz w:val="15"/>
              </w:rPr>
              <w:t>30</w:t>
            </w:r>
          </w:p>
        </w:tc>
        <w:tc>
          <w:tcPr>
            <w:tcW w:w="2088" w:type="dxa"/>
            <w:vAlign w:val="center"/>
          </w:tcPr>
          <w:p w14:paraId="6A388351" w14:textId="77777777" w:rsidR="00E11EB9" w:rsidRDefault="00E11EB9">
            <w:r>
              <w:rPr>
                <w:sz w:val="15"/>
              </w:rPr>
              <w:t>13:18–13:20</w:t>
            </w:r>
          </w:p>
        </w:tc>
        <w:tc>
          <w:tcPr>
            <w:tcW w:w="3024" w:type="dxa"/>
            <w:vAlign w:val="center"/>
          </w:tcPr>
          <w:p w14:paraId="1512ACFE" w14:textId="77777777" w:rsidR="00E11EB9" w:rsidRDefault="00E11EB9">
            <w:r>
              <w:rPr>
                <w:sz w:val="15"/>
              </w:rPr>
              <w:t>Škare</w:t>
            </w:r>
          </w:p>
        </w:tc>
      </w:tr>
      <w:tr w:rsidR="00E11EB9" w14:paraId="186C3B9C" w14:textId="77777777">
        <w:trPr>
          <w:jc w:val="center"/>
        </w:trPr>
        <w:tc>
          <w:tcPr>
            <w:tcW w:w="605" w:type="dxa"/>
            <w:vAlign w:val="center"/>
          </w:tcPr>
          <w:p w14:paraId="67CAA3D7" w14:textId="77777777" w:rsidR="00E11EB9" w:rsidRDefault="00E11EB9">
            <w:r>
              <w:rPr>
                <w:sz w:val="15"/>
              </w:rPr>
              <w:t>31</w:t>
            </w:r>
          </w:p>
        </w:tc>
        <w:tc>
          <w:tcPr>
            <w:tcW w:w="2088" w:type="dxa"/>
            <w:vAlign w:val="center"/>
          </w:tcPr>
          <w:p w14:paraId="63FC55FB" w14:textId="77777777" w:rsidR="00E11EB9" w:rsidRDefault="00E11EB9">
            <w:r>
              <w:rPr>
                <w:sz w:val="15"/>
              </w:rPr>
              <w:t>13:20–13:22</w:t>
            </w:r>
          </w:p>
        </w:tc>
        <w:tc>
          <w:tcPr>
            <w:tcW w:w="3024" w:type="dxa"/>
            <w:vAlign w:val="center"/>
          </w:tcPr>
          <w:p w14:paraId="627B6715" w14:textId="77777777" w:rsidR="00E11EB9" w:rsidRDefault="00E11EB9">
            <w:r>
              <w:rPr>
                <w:sz w:val="15"/>
              </w:rPr>
              <w:t>Keks</w:t>
            </w:r>
          </w:p>
        </w:tc>
      </w:tr>
      <w:tr w:rsidR="00E11EB9" w14:paraId="6689E54F" w14:textId="77777777">
        <w:trPr>
          <w:jc w:val="center"/>
        </w:trPr>
        <w:tc>
          <w:tcPr>
            <w:tcW w:w="605" w:type="dxa"/>
            <w:vAlign w:val="center"/>
          </w:tcPr>
          <w:p w14:paraId="0B379C7A" w14:textId="77777777" w:rsidR="00E11EB9" w:rsidRDefault="00E11EB9">
            <w:r>
              <w:rPr>
                <w:sz w:val="15"/>
              </w:rPr>
              <w:t>32</w:t>
            </w:r>
          </w:p>
        </w:tc>
        <w:tc>
          <w:tcPr>
            <w:tcW w:w="2088" w:type="dxa"/>
            <w:vAlign w:val="center"/>
          </w:tcPr>
          <w:p w14:paraId="6F7AAEC3" w14:textId="77777777" w:rsidR="00E11EB9" w:rsidRDefault="00E11EB9">
            <w:r>
              <w:rPr>
                <w:sz w:val="15"/>
              </w:rPr>
              <w:t>13:22–13:24</w:t>
            </w:r>
          </w:p>
        </w:tc>
        <w:tc>
          <w:tcPr>
            <w:tcW w:w="3024" w:type="dxa"/>
            <w:vAlign w:val="center"/>
          </w:tcPr>
          <w:p w14:paraId="508F62C1" w14:textId="77777777" w:rsidR="00E11EB9" w:rsidRDefault="00E11EB9">
            <w:r>
              <w:rPr>
                <w:sz w:val="15"/>
              </w:rPr>
              <w:t>Bmwe60</w:t>
            </w:r>
          </w:p>
        </w:tc>
      </w:tr>
      <w:tr w:rsidR="00E11EB9" w14:paraId="6682A712" w14:textId="77777777">
        <w:trPr>
          <w:jc w:val="center"/>
        </w:trPr>
        <w:tc>
          <w:tcPr>
            <w:tcW w:w="605" w:type="dxa"/>
            <w:shd w:val="clear" w:color="auto" w:fill="FFF2CC"/>
            <w:vAlign w:val="center"/>
          </w:tcPr>
          <w:p w14:paraId="532F0773" w14:textId="77777777" w:rsidR="00E11EB9" w:rsidRPr="00E11EB9" w:rsidRDefault="00E11EB9">
            <w:r w:rsidRPr="00E11EB9">
              <w:rPr>
                <w:b/>
                <w:sz w:val="15"/>
              </w:rPr>
              <w:t>33</w:t>
            </w:r>
          </w:p>
        </w:tc>
        <w:tc>
          <w:tcPr>
            <w:tcW w:w="2088" w:type="dxa"/>
            <w:shd w:val="clear" w:color="auto" w:fill="FFF2CC"/>
            <w:vAlign w:val="center"/>
          </w:tcPr>
          <w:p w14:paraId="4E3DBB5D" w14:textId="77777777" w:rsidR="00E11EB9" w:rsidRPr="00E11EB9" w:rsidRDefault="00E11EB9">
            <w:r w:rsidRPr="00E11EB9">
              <w:rPr>
                <w:b/>
                <w:sz w:val="15"/>
              </w:rPr>
              <w:t>13:24–13:25</w:t>
            </w:r>
          </w:p>
        </w:tc>
        <w:tc>
          <w:tcPr>
            <w:tcW w:w="3024" w:type="dxa"/>
            <w:shd w:val="clear" w:color="auto" w:fill="FFF2CC"/>
            <w:vAlign w:val="center"/>
          </w:tcPr>
          <w:p w14:paraId="3149D0E7" w14:textId="77777777" w:rsidR="00E11EB9" w:rsidRPr="00E11EB9" w:rsidRDefault="00E11EB9">
            <w:r w:rsidRPr="00E11EB9">
              <w:rPr>
                <w:b/>
                <w:sz w:val="15"/>
              </w:rPr>
              <w:t>Perla7</w:t>
            </w:r>
          </w:p>
        </w:tc>
      </w:tr>
      <w:tr w:rsidR="00E11EB9" w14:paraId="1B6D64FD" w14:textId="77777777">
        <w:trPr>
          <w:jc w:val="center"/>
        </w:trPr>
        <w:tc>
          <w:tcPr>
            <w:tcW w:w="605" w:type="dxa"/>
            <w:vAlign w:val="center"/>
          </w:tcPr>
          <w:p w14:paraId="3D50587F" w14:textId="77777777" w:rsidR="00E11EB9" w:rsidRDefault="00E11EB9">
            <w:r>
              <w:rPr>
                <w:sz w:val="15"/>
              </w:rPr>
              <w:t>34</w:t>
            </w:r>
          </w:p>
        </w:tc>
        <w:tc>
          <w:tcPr>
            <w:tcW w:w="2088" w:type="dxa"/>
            <w:vAlign w:val="center"/>
          </w:tcPr>
          <w:p w14:paraId="4E5FDCBF" w14:textId="77777777" w:rsidR="00E11EB9" w:rsidRDefault="00E11EB9">
            <w:r>
              <w:rPr>
                <w:sz w:val="15"/>
              </w:rPr>
              <w:t>13:25–13:26</w:t>
            </w:r>
          </w:p>
        </w:tc>
        <w:tc>
          <w:tcPr>
            <w:tcW w:w="3024" w:type="dxa"/>
            <w:vAlign w:val="center"/>
          </w:tcPr>
          <w:p w14:paraId="4EA478B5" w14:textId="77777777" w:rsidR="00E11EB9" w:rsidRDefault="00E11EB9">
            <w:r>
              <w:rPr>
                <w:sz w:val="15"/>
              </w:rPr>
              <w:t>TEXAS</w:t>
            </w:r>
          </w:p>
        </w:tc>
      </w:tr>
      <w:tr w:rsidR="00E11EB9" w14:paraId="2B95013F" w14:textId="77777777">
        <w:trPr>
          <w:jc w:val="center"/>
        </w:trPr>
        <w:tc>
          <w:tcPr>
            <w:tcW w:w="605" w:type="dxa"/>
            <w:vAlign w:val="center"/>
          </w:tcPr>
          <w:p w14:paraId="4EC7FA74" w14:textId="77777777" w:rsidR="00E11EB9" w:rsidRDefault="00E11EB9">
            <w:r>
              <w:rPr>
                <w:sz w:val="15"/>
              </w:rPr>
              <w:t>35</w:t>
            </w:r>
          </w:p>
        </w:tc>
        <w:tc>
          <w:tcPr>
            <w:tcW w:w="2088" w:type="dxa"/>
            <w:vAlign w:val="center"/>
          </w:tcPr>
          <w:p w14:paraId="68E004FC" w14:textId="77777777" w:rsidR="00E11EB9" w:rsidRDefault="00E11EB9">
            <w:r>
              <w:rPr>
                <w:sz w:val="15"/>
              </w:rPr>
              <w:t>13:26–13:27</w:t>
            </w:r>
          </w:p>
        </w:tc>
        <w:tc>
          <w:tcPr>
            <w:tcW w:w="3024" w:type="dxa"/>
            <w:vAlign w:val="center"/>
          </w:tcPr>
          <w:p w14:paraId="752C375F" w14:textId="77777777" w:rsidR="00E11EB9" w:rsidRDefault="00E11EB9">
            <w:r>
              <w:rPr>
                <w:sz w:val="15"/>
              </w:rPr>
              <w:t>OraoPao123</w:t>
            </w:r>
          </w:p>
        </w:tc>
      </w:tr>
      <w:tr w:rsidR="00E11EB9" w14:paraId="0CDCE273" w14:textId="77777777">
        <w:trPr>
          <w:jc w:val="center"/>
        </w:trPr>
        <w:tc>
          <w:tcPr>
            <w:tcW w:w="605" w:type="dxa"/>
            <w:vAlign w:val="center"/>
          </w:tcPr>
          <w:p w14:paraId="0E5DA136" w14:textId="77777777" w:rsidR="00E11EB9" w:rsidRDefault="00E11EB9">
            <w:r>
              <w:rPr>
                <w:sz w:val="15"/>
              </w:rPr>
              <w:t>36</w:t>
            </w:r>
          </w:p>
        </w:tc>
        <w:tc>
          <w:tcPr>
            <w:tcW w:w="2088" w:type="dxa"/>
            <w:vAlign w:val="center"/>
          </w:tcPr>
          <w:p w14:paraId="38FE477F" w14:textId="77777777" w:rsidR="00E11EB9" w:rsidRDefault="00E11EB9">
            <w:r>
              <w:rPr>
                <w:sz w:val="15"/>
              </w:rPr>
              <w:t>13:27–13:28</w:t>
            </w:r>
          </w:p>
        </w:tc>
        <w:tc>
          <w:tcPr>
            <w:tcW w:w="3024" w:type="dxa"/>
            <w:vAlign w:val="center"/>
          </w:tcPr>
          <w:p w14:paraId="0E09936E" w14:textId="77777777" w:rsidR="00E11EB9" w:rsidRDefault="00E11EB9">
            <w:r>
              <w:rPr>
                <w:sz w:val="15"/>
              </w:rPr>
              <w:t>volimsushi444</w:t>
            </w:r>
          </w:p>
        </w:tc>
      </w:tr>
      <w:tr w:rsidR="00E11EB9" w14:paraId="083B2D24" w14:textId="77777777">
        <w:trPr>
          <w:jc w:val="center"/>
        </w:trPr>
        <w:tc>
          <w:tcPr>
            <w:tcW w:w="605" w:type="dxa"/>
            <w:vAlign w:val="center"/>
          </w:tcPr>
          <w:p w14:paraId="10E81758" w14:textId="77777777" w:rsidR="00E11EB9" w:rsidRDefault="00E11EB9">
            <w:r>
              <w:rPr>
                <w:sz w:val="15"/>
              </w:rPr>
              <w:t>37</w:t>
            </w:r>
          </w:p>
        </w:tc>
        <w:tc>
          <w:tcPr>
            <w:tcW w:w="2088" w:type="dxa"/>
            <w:vAlign w:val="center"/>
          </w:tcPr>
          <w:p w14:paraId="32D43BF9" w14:textId="77777777" w:rsidR="00E11EB9" w:rsidRDefault="00E11EB9">
            <w:r>
              <w:rPr>
                <w:sz w:val="15"/>
              </w:rPr>
              <w:t>13:28–13:29</w:t>
            </w:r>
          </w:p>
        </w:tc>
        <w:tc>
          <w:tcPr>
            <w:tcW w:w="3024" w:type="dxa"/>
            <w:vAlign w:val="center"/>
          </w:tcPr>
          <w:p w14:paraId="130D915B" w14:textId="77777777" w:rsidR="00E11EB9" w:rsidRDefault="00E11EB9">
            <w:r>
              <w:rPr>
                <w:sz w:val="15"/>
              </w:rPr>
              <w:t>PALMA123</w:t>
            </w:r>
          </w:p>
        </w:tc>
      </w:tr>
      <w:tr w:rsidR="00E11EB9" w14:paraId="59DE9ACB" w14:textId="77777777">
        <w:trPr>
          <w:jc w:val="center"/>
        </w:trPr>
        <w:tc>
          <w:tcPr>
            <w:tcW w:w="605" w:type="dxa"/>
            <w:vAlign w:val="center"/>
          </w:tcPr>
          <w:p w14:paraId="613F6497" w14:textId="77777777" w:rsidR="00E11EB9" w:rsidRDefault="00E11EB9">
            <w:r>
              <w:rPr>
                <w:sz w:val="15"/>
              </w:rPr>
              <w:t>38</w:t>
            </w:r>
          </w:p>
        </w:tc>
        <w:tc>
          <w:tcPr>
            <w:tcW w:w="2088" w:type="dxa"/>
            <w:vAlign w:val="center"/>
          </w:tcPr>
          <w:p w14:paraId="5802DCA1" w14:textId="77777777" w:rsidR="00E11EB9" w:rsidRDefault="00E11EB9">
            <w:r>
              <w:rPr>
                <w:sz w:val="15"/>
              </w:rPr>
              <w:t>13:29–13:30</w:t>
            </w:r>
          </w:p>
        </w:tc>
        <w:tc>
          <w:tcPr>
            <w:tcW w:w="3024" w:type="dxa"/>
            <w:vAlign w:val="center"/>
          </w:tcPr>
          <w:p w14:paraId="00D6FC49" w14:textId="77777777" w:rsidR="00E11EB9" w:rsidRDefault="00E11EB9">
            <w:r>
              <w:rPr>
                <w:sz w:val="15"/>
              </w:rPr>
              <w:t>moonart2009</w:t>
            </w:r>
          </w:p>
        </w:tc>
      </w:tr>
      <w:tr w:rsidR="00E11EB9" w14:paraId="39B6A039" w14:textId="77777777">
        <w:trPr>
          <w:jc w:val="center"/>
        </w:trPr>
        <w:tc>
          <w:tcPr>
            <w:tcW w:w="605" w:type="dxa"/>
            <w:vAlign w:val="center"/>
          </w:tcPr>
          <w:p w14:paraId="4BE5321D" w14:textId="77777777" w:rsidR="00E11EB9" w:rsidRDefault="00E11EB9">
            <w:r>
              <w:rPr>
                <w:sz w:val="15"/>
              </w:rPr>
              <w:t>39</w:t>
            </w:r>
          </w:p>
        </w:tc>
        <w:tc>
          <w:tcPr>
            <w:tcW w:w="2088" w:type="dxa"/>
            <w:vAlign w:val="center"/>
          </w:tcPr>
          <w:p w14:paraId="32C0709B" w14:textId="77777777" w:rsidR="00E11EB9" w:rsidRDefault="00E11EB9">
            <w:r>
              <w:rPr>
                <w:sz w:val="15"/>
              </w:rPr>
              <w:t>13:30–13:31</w:t>
            </w:r>
          </w:p>
        </w:tc>
        <w:tc>
          <w:tcPr>
            <w:tcW w:w="3024" w:type="dxa"/>
            <w:vAlign w:val="center"/>
          </w:tcPr>
          <w:p w14:paraId="1BACBDA2" w14:textId="77777777" w:rsidR="00E11EB9" w:rsidRDefault="00E11EB9">
            <w:r>
              <w:rPr>
                <w:sz w:val="15"/>
              </w:rPr>
              <w:t>Mow08mow_04</w:t>
            </w:r>
          </w:p>
        </w:tc>
      </w:tr>
      <w:tr w:rsidR="00E11EB9" w14:paraId="16503A37" w14:textId="77777777">
        <w:trPr>
          <w:jc w:val="center"/>
        </w:trPr>
        <w:tc>
          <w:tcPr>
            <w:tcW w:w="605" w:type="dxa"/>
            <w:vAlign w:val="center"/>
          </w:tcPr>
          <w:p w14:paraId="2E2D7EB4" w14:textId="77777777" w:rsidR="00E11EB9" w:rsidRDefault="00E11EB9">
            <w:r>
              <w:rPr>
                <w:sz w:val="15"/>
              </w:rPr>
              <w:t>40</w:t>
            </w:r>
          </w:p>
        </w:tc>
        <w:tc>
          <w:tcPr>
            <w:tcW w:w="2088" w:type="dxa"/>
            <w:vAlign w:val="center"/>
          </w:tcPr>
          <w:p w14:paraId="22628A9F" w14:textId="77777777" w:rsidR="00E11EB9" w:rsidRDefault="00E11EB9">
            <w:r>
              <w:rPr>
                <w:sz w:val="15"/>
              </w:rPr>
              <w:t>13:31–13:32</w:t>
            </w:r>
          </w:p>
        </w:tc>
        <w:tc>
          <w:tcPr>
            <w:tcW w:w="3024" w:type="dxa"/>
            <w:vAlign w:val="center"/>
          </w:tcPr>
          <w:p w14:paraId="396CB753" w14:textId="77777777" w:rsidR="00E11EB9" w:rsidRDefault="00E11EB9">
            <w:r>
              <w:rPr>
                <w:sz w:val="15"/>
              </w:rPr>
              <w:t>Kolačić</w:t>
            </w:r>
          </w:p>
        </w:tc>
      </w:tr>
      <w:tr w:rsidR="00E11EB9" w14:paraId="1B16DFF5" w14:textId="77777777">
        <w:trPr>
          <w:jc w:val="center"/>
        </w:trPr>
        <w:tc>
          <w:tcPr>
            <w:tcW w:w="605" w:type="dxa"/>
            <w:vAlign w:val="center"/>
          </w:tcPr>
          <w:p w14:paraId="1ED617EA" w14:textId="77777777" w:rsidR="00E11EB9" w:rsidRDefault="00E11EB9">
            <w:r>
              <w:rPr>
                <w:sz w:val="15"/>
              </w:rPr>
              <w:t>41</w:t>
            </w:r>
          </w:p>
        </w:tc>
        <w:tc>
          <w:tcPr>
            <w:tcW w:w="2088" w:type="dxa"/>
            <w:vAlign w:val="center"/>
          </w:tcPr>
          <w:p w14:paraId="16602DDF" w14:textId="77777777" w:rsidR="00E11EB9" w:rsidRDefault="00E11EB9">
            <w:r>
              <w:rPr>
                <w:sz w:val="15"/>
              </w:rPr>
              <w:t>13:32–13:33</w:t>
            </w:r>
          </w:p>
        </w:tc>
        <w:tc>
          <w:tcPr>
            <w:tcW w:w="3024" w:type="dxa"/>
            <w:vAlign w:val="center"/>
          </w:tcPr>
          <w:p w14:paraId="02CC90E4" w14:textId="77777777" w:rsidR="00E11EB9" w:rsidRDefault="00E11EB9">
            <w:r>
              <w:rPr>
                <w:sz w:val="15"/>
              </w:rPr>
              <w:t>Barcaffe221</w:t>
            </w:r>
          </w:p>
        </w:tc>
      </w:tr>
      <w:tr w:rsidR="00E11EB9" w14:paraId="505AA83E" w14:textId="77777777">
        <w:trPr>
          <w:jc w:val="center"/>
        </w:trPr>
        <w:tc>
          <w:tcPr>
            <w:tcW w:w="605" w:type="dxa"/>
            <w:vAlign w:val="center"/>
          </w:tcPr>
          <w:p w14:paraId="579A84DB" w14:textId="77777777" w:rsidR="00E11EB9" w:rsidRDefault="00E11EB9">
            <w:r>
              <w:rPr>
                <w:sz w:val="15"/>
              </w:rPr>
              <w:t>42</w:t>
            </w:r>
          </w:p>
        </w:tc>
        <w:tc>
          <w:tcPr>
            <w:tcW w:w="2088" w:type="dxa"/>
            <w:vAlign w:val="center"/>
          </w:tcPr>
          <w:p w14:paraId="5DE7B101" w14:textId="77777777" w:rsidR="00E11EB9" w:rsidRDefault="00E11EB9">
            <w:r>
              <w:rPr>
                <w:sz w:val="15"/>
              </w:rPr>
              <w:t>13:33–13:34</w:t>
            </w:r>
          </w:p>
        </w:tc>
        <w:tc>
          <w:tcPr>
            <w:tcW w:w="3024" w:type="dxa"/>
            <w:vAlign w:val="center"/>
          </w:tcPr>
          <w:p w14:paraId="1C7E5F56" w14:textId="77777777" w:rsidR="00E11EB9" w:rsidRDefault="00E11EB9">
            <w:r>
              <w:rPr>
                <w:sz w:val="15"/>
              </w:rPr>
              <w:t>volimkamione28</w:t>
            </w:r>
          </w:p>
        </w:tc>
      </w:tr>
      <w:tr w:rsidR="00E11EB9" w14:paraId="0CF10611" w14:textId="77777777">
        <w:trPr>
          <w:jc w:val="center"/>
        </w:trPr>
        <w:tc>
          <w:tcPr>
            <w:tcW w:w="605" w:type="dxa"/>
            <w:vAlign w:val="center"/>
          </w:tcPr>
          <w:p w14:paraId="40F52EAF" w14:textId="77777777" w:rsidR="00E11EB9" w:rsidRDefault="00E11EB9">
            <w:r>
              <w:rPr>
                <w:sz w:val="15"/>
              </w:rPr>
              <w:t>43</w:t>
            </w:r>
          </w:p>
        </w:tc>
        <w:tc>
          <w:tcPr>
            <w:tcW w:w="2088" w:type="dxa"/>
            <w:vAlign w:val="center"/>
          </w:tcPr>
          <w:p w14:paraId="190CD973" w14:textId="77777777" w:rsidR="00E11EB9" w:rsidRDefault="00E11EB9">
            <w:r>
              <w:rPr>
                <w:sz w:val="15"/>
              </w:rPr>
              <w:t>13:34–13:35</w:t>
            </w:r>
          </w:p>
        </w:tc>
        <w:tc>
          <w:tcPr>
            <w:tcW w:w="3024" w:type="dxa"/>
            <w:vAlign w:val="center"/>
          </w:tcPr>
          <w:p w14:paraId="1CFEDD82" w14:textId="77777777" w:rsidR="00E11EB9" w:rsidRDefault="00E11EB9">
            <w:r>
              <w:rPr>
                <w:sz w:val="15"/>
              </w:rPr>
              <w:t>ljalja123</w:t>
            </w:r>
          </w:p>
        </w:tc>
      </w:tr>
      <w:tr w:rsidR="00E11EB9" w14:paraId="3FCAA790" w14:textId="77777777">
        <w:trPr>
          <w:jc w:val="center"/>
        </w:trPr>
        <w:tc>
          <w:tcPr>
            <w:tcW w:w="605" w:type="dxa"/>
            <w:vAlign w:val="center"/>
          </w:tcPr>
          <w:p w14:paraId="15826D5B" w14:textId="77777777" w:rsidR="00E11EB9" w:rsidRDefault="00E11EB9">
            <w:r>
              <w:rPr>
                <w:sz w:val="15"/>
              </w:rPr>
              <w:t>44</w:t>
            </w:r>
          </w:p>
        </w:tc>
        <w:tc>
          <w:tcPr>
            <w:tcW w:w="2088" w:type="dxa"/>
            <w:vAlign w:val="center"/>
          </w:tcPr>
          <w:p w14:paraId="47A9F1DB" w14:textId="77777777" w:rsidR="00E11EB9" w:rsidRDefault="00E11EB9">
            <w:r>
              <w:rPr>
                <w:sz w:val="15"/>
              </w:rPr>
              <w:t>13:35–13:36</w:t>
            </w:r>
          </w:p>
        </w:tc>
        <w:tc>
          <w:tcPr>
            <w:tcW w:w="3024" w:type="dxa"/>
            <w:vAlign w:val="center"/>
          </w:tcPr>
          <w:p w14:paraId="5DB0486E" w14:textId="77777777" w:rsidR="00E11EB9" w:rsidRDefault="00E11EB9">
            <w:r>
              <w:rPr>
                <w:sz w:val="15"/>
              </w:rPr>
              <w:t>slon2610</w:t>
            </w:r>
          </w:p>
        </w:tc>
      </w:tr>
    </w:tbl>
    <w:p w14:paraId="5C8B10FC" w14:textId="2AAFA138" w:rsidR="00105013" w:rsidRDefault="00105013">
      <w:pPr>
        <w:spacing w:before="100"/>
      </w:pPr>
    </w:p>
    <w:sectPr w:rsidR="00105013" w:rsidSect="00034616">
      <w:pgSz w:w="12240" w:h="15840"/>
      <w:pgMar w:top="720" w:right="792" w:bottom="720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Brojevi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Brojevi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Grafikeoznake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Grafikeoznake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Brojevi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Grafikeoznake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6399439">
    <w:abstractNumId w:val="8"/>
  </w:num>
  <w:num w:numId="2" w16cid:durableId="1039205321">
    <w:abstractNumId w:val="6"/>
  </w:num>
  <w:num w:numId="3" w16cid:durableId="2117170655">
    <w:abstractNumId w:val="5"/>
  </w:num>
  <w:num w:numId="4" w16cid:durableId="1246264225">
    <w:abstractNumId w:val="4"/>
  </w:num>
  <w:num w:numId="5" w16cid:durableId="1918052082">
    <w:abstractNumId w:val="7"/>
  </w:num>
  <w:num w:numId="6" w16cid:durableId="228882150">
    <w:abstractNumId w:val="3"/>
  </w:num>
  <w:num w:numId="7" w16cid:durableId="978151101">
    <w:abstractNumId w:val="2"/>
  </w:num>
  <w:num w:numId="8" w16cid:durableId="1253852164">
    <w:abstractNumId w:val="1"/>
  </w:num>
  <w:num w:numId="9" w16cid:durableId="4280907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80"/>
  <w:proofState w:spelling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5013"/>
    <w:rsid w:val="0015074B"/>
    <w:rsid w:val="0029639D"/>
    <w:rsid w:val="00326F90"/>
    <w:rsid w:val="004867BC"/>
    <w:rsid w:val="009907E2"/>
    <w:rsid w:val="00AA1D8D"/>
    <w:rsid w:val="00B47730"/>
    <w:rsid w:val="00CB0664"/>
    <w:rsid w:val="00E0320F"/>
    <w:rsid w:val="00E11EB9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4B1BF5"/>
  <w14:defaultImageDpi w14:val="300"/>
  <w15:docId w15:val="{BB11F215-F9DE-4236-8DEC-55FC133993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Arial" w:eastAsia="Arial" w:hAnsi="Arial"/>
      <w:sz w:val="16"/>
    </w:rPr>
  </w:style>
  <w:style w:type="paragraph" w:styleId="Naslov1">
    <w:name w:val="heading 1"/>
    <w:basedOn w:val="Normal"/>
    <w:next w:val="Normal"/>
    <w:link w:val="Naslov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ormal"/>
    <w:next w:val="Normal"/>
    <w:link w:val="Naslov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slov3">
    <w:name w:val="heading 3"/>
    <w:basedOn w:val="Normal"/>
    <w:next w:val="Normal"/>
    <w:link w:val="Naslov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E618BF"/>
  </w:style>
  <w:style w:type="paragraph" w:styleId="Podnoje">
    <w:name w:val="footer"/>
    <w:basedOn w:val="Normal"/>
    <w:link w:val="Podnoje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E618BF"/>
  </w:style>
  <w:style w:type="paragraph" w:styleId="Bezproreda">
    <w:name w:val="No Spacing"/>
    <w:uiPriority w:val="1"/>
    <w:qFormat/>
    <w:rsid w:val="00FC693F"/>
    <w:pPr>
      <w:spacing w:after="0" w:line="240" w:lineRule="auto"/>
    </w:pPr>
  </w:style>
  <w:style w:type="character" w:customStyle="1" w:styleId="Naslov1Char">
    <w:name w:val="Naslov 1 Char"/>
    <w:basedOn w:val="Zadanifontodlomka"/>
    <w:link w:val="Naslov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Char">
    <w:name w:val="Naslov 2 Char"/>
    <w:basedOn w:val="Zadanifontodlomka"/>
    <w:link w:val="Naslov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slov3Char">
    <w:name w:val="Naslov 3 Char"/>
    <w:basedOn w:val="Zadanifontodlomka"/>
    <w:link w:val="Naslov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slov">
    <w:name w:val="Title"/>
    <w:basedOn w:val="Normal"/>
    <w:next w:val="Normal"/>
    <w:link w:val="Naslov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NaslovChar">
    <w:name w:val="Naslov Char"/>
    <w:basedOn w:val="Zadanifontodlomka"/>
    <w:link w:val="Nasl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naslovChar">
    <w:name w:val="Podnaslov Char"/>
    <w:basedOn w:val="Zadanifontodlomka"/>
    <w:link w:val="Podnaslov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lomakpopisa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unhideWhenUsed/>
    <w:rsid w:val="00AA1D8D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rsid w:val="00AA1D8D"/>
  </w:style>
  <w:style w:type="paragraph" w:styleId="Tijeloteksta2">
    <w:name w:val="Body Text 2"/>
    <w:basedOn w:val="Normal"/>
    <w:link w:val="Tijeloteksta2Char"/>
    <w:uiPriority w:val="99"/>
    <w:unhideWhenUsed/>
    <w:rsid w:val="00AA1D8D"/>
    <w:pPr>
      <w:spacing w:after="120" w:line="480" w:lineRule="auto"/>
    </w:pPr>
  </w:style>
  <w:style w:type="character" w:customStyle="1" w:styleId="Tijeloteksta2Char">
    <w:name w:val="Tijelo teksta 2 Char"/>
    <w:basedOn w:val="Zadanifontodlomka"/>
    <w:link w:val="Tijeloteksta2"/>
    <w:uiPriority w:val="99"/>
    <w:rsid w:val="00AA1D8D"/>
  </w:style>
  <w:style w:type="paragraph" w:styleId="Tijeloteksta3">
    <w:name w:val="Body Text 3"/>
    <w:basedOn w:val="Normal"/>
    <w:link w:val="Tijeloteksta3Char"/>
    <w:uiPriority w:val="99"/>
    <w:unhideWhenUsed/>
    <w:rsid w:val="00AA1D8D"/>
    <w:pPr>
      <w:spacing w:after="120"/>
    </w:pPr>
    <w:rPr>
      <w:szCs w:val="16"/>
    </w:rPr>
  </w:style>
  <w:style w:type="character" w:customStyle="1" w:styleId="Tijeloteksta3Char">
    <w:name w:val="Tijelo teksta 3 Char"/>
    <w:basedOn w:val="Zadanifontodlomka"/>
    <w:link w:val="Tijeloteksta3"/>
    <w:uiPriority w:val="99"/>
    <w:rsid w:val="00AA1D8D"/>
    <w:rPr>
      <w:sz w:val="16"/>
      <w:szCs w:val="16"/>
    </w:rPr>
  </w:style>
  <w:style w:type="paragraph" w:styleId="Popis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Popis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Popis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Grafikeoznake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Grafikeoznake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Grafikeoznake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Brojevi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Brojevi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Brojevi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Nastavakpopisa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Nastavakpopisa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Nastavakpopisa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kstmakronaredbe">
    <w:name w:val="macro"/>
    <w:link w:val="Tekstmakronaredb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kstmakronaredbeChar">
    <w:name w:val="Tekst makronaredbe Char"/>
    <w:basedOn w:val="Zadanifontodlomka"/>
    <w:link w:val="Tekstmakronaredbe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har"/>
    <w:uiPriority w:val="29"/>
    <w:qFormat/>
    <w:rsid w:val="00FC693F"/>
    <w:rPr>
      <w:i/>
      <w:iCs/>
      <w:color w:val="000000" w:themeColor="text1"/>
    </w:rPr>
  </w:style>
  <w:style w:type="character" w:customStyle="1" w:styleId="CitatChar">
    <w:name w:val="Citat Char"/>
    <w:basedOn w:val="Zadanifontodlomka"/>
    <w:link w:val="Citat"/>
    <w:uiPriority w:val="29"/>
    <w:rsid w:val="00FC693F"/>
    <w:rPr>
      <w:i/>
      <w:iCs/>
      <w:color w:val="000000" w:themeColor="text1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Opisslike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Naglaeno">
    <w:name w:val="Strong"/>
    <w:basedOn w:val="Zadanifontodlomka"/>
    <w:uiPriority w:val="22"/>
    <w:qFormat/>
    <w:rsid w:val="00FC693F"/>
    <w:rPr>
      <w:b/>
      <w:bCs/>
    </w:rPr>
  </w:style>
  <w:style w:type="character" w:styleId="Istaknuto">
    <w:name w:val="Emphasis"/>
    <w:basedOn w:val="Zadanifontodlomka"/>
    <w:uiPriority w:val="20"/>
    <w:qFormat/>
    <w:rsid w:val="00FC693F"/>
    <w:rPr>
      <w:i/>
      <w:iCs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C693F"/>
    <w:rPr>
      <w:b/>
      <w:bCs/>
      <w:i/>
      <w:iCs/>
      <w:color w:val="4F81BD" w:themeColor="accent1"/>
    </w:rPr>
  </w:style>
  <w:style w:type="character" w:styleId="Neupadljivoisticanje">
    <w:name w:val="Subtle Emphasis"/>
    <w:basedOn w:val="Zadanifontodlomka"/>
    <w:uiPriority w:val="19"/>
    <w:qFormat/>
    <w:rsid w:val="00FC693F"/>
    <w:rPr>
      <w:i/>
      <w:iCs/>
      <w:color w:val="808080" w:themeColor="text1" w:themeTint="7F"/>
    </w:rPr>
  </w:style>
  <w:style w:type="character" w:styleId="Jakoisticanje">
    <w:name w:val="Intense Emphasis"/>
    <w:basedOn w:val="Zadanifontodlomka"/>
    <w:uiPriority w:val="21"/>
    <w:qFormat/>
    <w:rsid w:val="00FC693F"/>
    <w:rPr>
      <w:b/>
      <w:bCs/>
      <w:i/>
      <w:iCs/>
      <w:color w:val="4F81BD" w:themeColor="accent1"/>
    </w:rPr>
  </w:style>
  <w:style w:type="character" w:styleId="Neupadljivareferenca">
    <w:name w:val="Subtle Reference"/>
    <w:basedOn w:val="Zadanifontodlomka"/>
    <w:uiPriority w:val="31"/>
    <w:qFormat/>
    <w:rsid w:val="00FC693F"/>
    <w:rPr>
      <w:smallCaps/>
      <w:color w:val="C0504D" w:themeColor="accent2"/>
      <w:u w:val="single"/>
    </w:rPr>
  </w:style>
  <w:style w:type="character" w:styleId="Istaknutareferenca">
    <w:name w:val="Intense Reference"/>
    <w:basedOn w:val="Zadanifontodlomk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aslovknjige">
    <w:name w:val="Book Title"/>
    <w:basedOn w:val="Zadanifontodlomka"/>
    <w:uiPriority w:val="33"/>
    <w:qFormat/>
    <w:rsid w:val="00FC693F"/>
    <w:rPr>
      <w:b/>
      <w:bCs/>
      <w:smallCaps/>
      <w:spacing w:val="5"/>
    </w:rPr>
  </w:style>
  <w:style w:type="paragraph" w:styleId="TOCNaslov">
    <w:name w:val="TOC Heading"/>
    <w:basedOn w:val="Naslov1"/>
    <w:next w:val="Normal"/>
    <w:uiPriority w:val="39"/>
    <w:semiHidden/>
    <w:unhideWhenUsed/>
    <w:qFormat/>
    <w:rsid w:val="00FC693F"/>
    <w:pPr>
      <w:outlineLvl w:val="9"/>
    </w:pPr>
  </w:style>
  <w:style w:type="table" w:styleId="Reetkatablice">
    <w:name w:val="Table Grid"/>
    <w:basedOn w:val="Obinatablic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osjenanje">
    <w:name w:val="Light Shading"/>
    <w:basedOn w:val="Obinatablic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ijetlosjenanje-Isticanje1">
    <w:name w:val="Light Shading Accent 1"/>
    <w:basedOn w:val="Obinatablic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osjenanje-Isticanje2">
    <w:name w:val="Light Shading Accent 2"/>
    <w:basedOn w:val="Obinatablic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ijetlosjenanje-Isticanje3">
    <w:name w:val="Light Shading Accent 3"/>
    <w:basedOn w:val="Obinatablic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ijetlosjenanje-Isticanje4">
    <w:name w:val="Light Shading Accent 4"/>
    <w:basedOn w:val="Obinatablic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ijetlosjenanje-Isticanje5">
    <w:name w:val="Light Shading Accent 5"/>
    <w:basedOn w:val="Obinatablic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ijetlosjenanje-Isticanje6">
    <w:name w:val="Light Shading Accent 6"/>
    <w:basedOn w:val="Obinatablic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ijetlipopis">
    <w:name w:val="Light List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ijetlipopis-Isticanje1">
    <w:name w:val="Light List Accent 1"/>
    <w:basedOn w:val="Obinatablic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ijetlipopis-Isticanje2">
    <w:name w:val="Light List Accent 2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ijetlipopis-Isticanje3">
    <w:name w:val="Light List Accent 3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ijetlipopis-Isticanje4">
    <w:name w:val="Light List Accent 4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ijetlipopis-Isticanje5">
    <w:name w:val="Light List Accent 5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rednjipopis-Isticanje6">
    <w:name w:val="Light List Accent 6"/>
    <w:basedOn w:val="Obinatablic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ijetlareetka">
    <w:name w:val="Light Grid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ijetlareetka-Isticanje1">
    <w:name w:val="Light Grid Accent 1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areetka-Isticanje2">
    <w:name w:val="Light Grid Accent 2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ijetlareetka-Isticanje3">
    <w:name w:val="Light Grid Accent 3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ijetlareetka-Isticanje4">
    <w:name w:val="Light Grid Accent 4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ijetlareetka-Isticanje5">
    <w:name w:val="Light Grid Accent 5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rednjareetka-Isticanje6">
    <w:name w:val="Light Grid Accent 6"/>
    <w:basedOn w:val="Obinatablic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rednjesjenanje1">
    <w:name w:val="Medium Shading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2">
    <w:name w:val="Medium Shading 1 Accent 2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3">
    <w:name w:val="Medium Shading 1 Accent 3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4">
    <w:name w:val="Medium Shading 1 Accent 4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5">
    <w:name w:val="Medium Shading 1 Accent 5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1-Isticanje6">
    <w:name w:val="Medium Shading 1 Accent 6"/>
    <w:basedOn w:val="Obinatablic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rednjesjenanje2">
    <w:name w:val="Medium Shading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1">
    <w:name w:val="Medium Shading 2 Accent 1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2">
    <w:name w:val="Medium Shading 2 Accent 2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3">
    <w:name w:val="Medium Shading 2 Accent 3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4">
    <w:name w:val="Medium Shading 2 Accent 4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5">
    <w:name w:val="Medium Shading 2 Accent 5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esjenanje2-Isticanje6">
    <w:name w:val="Medium Shading 2 Accent 6"/>
    <w:basedOn w:val="Obinatablic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rednjipopis1">
    <w:name w:val="Medium Lis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rednjipopis1-Isticanje1">
    <w:name w:val="Medium List 1 Accent 1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rednjipopis1-Isticanje2">
    <w:name w:val="Medium List 1 Accent 2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rednjipopis1-Isticanje3">
    <w:name w:val="Medium List 1 Accent 3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rednjipopis1-Isticanje4">
    <w:name w:val="Medium List 1 Accent 4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rednjipopis1-Isticanje5">
    <w:name w:val="Medium List 1 Accent 5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rednjipopis1-Isticanje6">
    <w:name w:val="Medium List 1 Accent 6"/>
    <w:basedOn w:val="Obinatablic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rednjipopis2">
    <w:name w:val="Medium Lis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1">
    <w:name w:val="Medium List 2 Accent 1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2">
    <w:name w:val="Medium List 2 Accent 2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3">
    <w:name w:val="Medium List 2 Accent 3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4">
    <w:name w:val="Medium List 2 Accent 4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5">
    <w:name w:val="Medium List 2 Accent 5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ipopis2-Isticanje6">
    <w:name w:val="Medium List 2 Accent 6"/>
    <w:basedOn w:val="Obinatablic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rednjareetka1">
    <w:name w:val="Medium Grid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rednjareetka1-Isticanje1">
    <w:name w:val="Medium Grid 1 Accent 1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rednjareetka1-Isticanje2">
    <w:name w:val="Medium Grid 1 Accent 2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rednjareetka1-Isticanje3">
    <w:name w:val="Medium Grid 1 Accent 3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rednjareetka1-Isticanje4">
    <w:name w:val="Medium Grid 1 Accent 4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rednjareetka1-Isticanje5">
    <w:name w:val="Medium Grid 1 Accent 5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rednjareetka1-Isticanje6">
    <w:name w:val="Medium Grid 1 Accent 6"/>
    <w:basedOn w:val="Obinatablic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rednjareetka2">
    <w:name w:val="Medium Grid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1">
    <w:name w:val="Medium Grid 2 Accent 1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2">
    <w:name w:val="Medium Grid 2 Accent 2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3">
    <w:name w:val="Medium Grid 2 Accent 3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4">
    <w:name w:val="Medium Grid 2 Accent 4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5">
    <w:name w:val="Medium Grid 2 Accent 5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2-Isticanje6">
    <w:name w:val="Medium Grid 2 Accent 6"/>
    <w:basedOn w:val="Obinatablic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rednjareetka3">
    <w:name w:val="Medium Grid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rednjareetka3-Isticanje1">
    <w:name w:val="Medium Grid 3 Accent 1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rednjareetka3-Isticanje2">
    <w:name w:val="Medium Grid 3 Accent 2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rednjareetka3-Isticanje3">
    <w:name w:val="Medium Grid 3 Accent 3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rednjareetka3-Isticanje4">
    <w:name w:val="Medium Grid 3 Accent 4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rednjareetka3-Isticanje5">
    <w:name w:val="Medium Grid 3 Accent 5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rednjareetka3-Isticanje6">
    <w:name w:val="Medium Grid 3 Accent 6"/>
    <w:basedOn w:val="Obinatablic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amnipopis">
    <w:name w:val="Dark List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amnipopis-Isticanje1">
    <w:name w:val="Dark List Accent 1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amnipopis-Isticanje2">
    <w:name w:val="Dark List Accent 2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amnipopis-Isticanje3">
    <w:name w:val="Dark List Accent 3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amnipopis-Isticanje4">
    <w:name w:val="Dark List Accent 4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amnipopis-Isticanje5">
    <w:name w:val="Dark List Accent 5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amnipopis-Isticanje6">
    <w:name w:val="Dark List Accent 6"/>
    <w:basedOn w:val="Obinatablic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Obojanosjenanje">
    <w:name w:val="Colorful Shading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1">
    <w:name w:val="Colorful Shading Accent 1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jenanjeuboji-Isticanje2">
    <w:name w:val="Colorful Shading Accent 2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3">
    <w:name w:val="Colorful Shading Accent 3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osjenanje-Isticanje4">
    <w:name w:val="Colorful Shading Accent 4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5">
    <w:name w:val="Colorful Shading Accent 5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osjenanje-Isticanje6">
    <w:name w:val="Colorful Shading Accent 6"/>
    <w:basedOn w:val="Obinatablic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Obojanipopis">
    <w:name w:val="Colorful List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Obojanipopis-Isticanje1">
    <w:name w:val="Colorful List Accent 1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Obojanopopis-Isticanje2">
    <w:name w:val="Colorful List Accent 2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Obojanipopis-Isticanje3">
    <w:name w:val="Colorful List Accent 3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Obojanipopis-Isticanje4">
    <w:name w:val="Colorful List Accent 4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Obojanipopis-Isticanje5">
    <w:name w:val="Colorful List Accent 5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Obojanipopis-Isticanje6">
    <w:name w:val="Colorful List Accent 6"/>
    <w:basedOn w:val="Obinatablic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Obojanareetka">
    <w:name w:val="Colorful Grid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bojanareetka-Isticanje1">
    <w:name w:val="Colorful Grid Accent 1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bojanoreetka-Isticanje2">
    <w:name w:val="Colorful Grid Accent 2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bojanareetka-Isticanje3">
    <w:name w:val="Colorful Grid Accent 3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bojanareetka-Isticanje4">
    <w:name w:val="Colorful Grid Accent 4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bojanareetka-Isticanje5">
    <w:name w:val="Colorful Grid Accent 5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bojanareetka-Isticanje6">
    <w:name w:val="Colorful Grid Accent 6"/>
    <w:basedOn w:val="Obinatablic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197</Words>
  <Characters>1128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1323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Korisnik</cp:lastModifiedBy>
  <cp:revision>3</cp:revision>
  <dcterms:created xsi:type="dcterms:W3CDTF">2026-10-26T16:41:00Z</dcterms:created>
  <dcterms:modified xsi:type="dcterms:W3CDTF">2026-10-26T17:08:00Z</dcterms:modified>
  <cp:category/>
</cp:coreProperties>
</file>